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1D862C" w14:textId="3577914C" w:rsidR="00DB0015" w:rsidRPr="00F82E34" w:rsidRDefault="00E65BF6" w:rsidP="00E65BF6">
      <w:pPr>
        <w:pStyle w:val="Nagwek1"/>
        <w:rPr>
          <w:rFonts w:ascii="Roboto" w:hAnsi="Roboto"/>
        </w:rPr>
      </w:pPr>
      <w:r w:rsidRPr="00F82E34">
        <w:rPr>
          <w:rFonts w:ascii="Roboto" w:hAnsi="Roboto"/>
        </w:rPr>
        <w:t>Formularz zgłoszeniowy do projektu „Mosty Współpracy”</w:t>
      </w:r>
    </w:p>
    <w:p w14:paraId="68B12584" w14:textId="12240772" w:rsidR="00DB0015" w:rsidRPr="00F82E34" w:rsidRDefault="006D0E81" w:rsidP="00E65BF6">
      <w:pPr>
        <w:rPr>
          <w:rFonts w:ascii="Roboto" w:hAnsi="Roboto"/>
          <w:bCs/>
        </w:rPr>
      </w:pPr>
      <w:r w:rsidRPr="006D0E81">
        <w:rPr>
          <w:rFonts w:ascii="Roboto" w:hAnsi="Roboto"/>
          <w:bCs/>
          <w:sz w:val="24"/>
        </w:rPr>
        <w:t>Ten formularz wypełniasz tylko w sytuacji, jeśli nie wysłałeś zgłoszenia przez generator</w:t>
      </w:r>
      <w:r w:rsidR="00AC2248" w:rsidRPr="00F82E34">
        <w:rPr>
          <w:rFonts w:ascii="Roboto" w:hAnsi="Roboto"/>
          <w:bCs/>
          <w:sz w:val="24"/>
        </w:rPr>
        <w:t>.</w:t>
      </w:r>
    </w:p>
    <w:p w14:paraId="6BF8C383" w14:textId="33BF61B2" w:rsidR="00E65BF6" w:rsidRPr="00F82E34" w:rsidRDefault="00273FC5">
      <w:pPr>
        <w:pStyle w:val="Instrukcja"/>
        <w:rPr>
          <w:rFonts w:ascii="Roboto" w:hAnsi="Roboto"/>
          <w:i w:val="0"/>
          <w:iCs/>
          <w:color w:val="auto"/>
          <w:lang w:val="pl-PL"/>
        </w:rPr>
      </w:pPr>
      <w:r w:rsidRPr="00F82E34">
        <w:rPr>
          <w:rFonts w:ascii="Roboto" w:hAnsi="Roboto"/>
          <w:i w:val="0"/>
          <w:iCs/>
          <w:color w:val="auto"/>
          <w:lang w:val="pl-PL"/>
        </w:rPr>
        <w:t>Instrukcja wypełniania:</w:t>
      </w:r>
    </w:p>
    <w:p w14:paraId="21775B35" w14:textId="336088EA" w:rsidR="00E65BF6" w:rsidRDefault="00E65BF6" w:rsidP="00E65BF6">
      <w:pPr>
        <w:pStyle w:val="Instrukcja"/>
        <w:numPr>
          <w:ilvl w:val="0"/>
          <w:numId w:val="10"/>
        </w:numPr>
        <w:spacing w:after="0"/>
        <w:rPr>
          <w:rFonts w:ascii="Roboto" w:hAnsi="Roboto"/>
          <w:i w:val="0"/>
          <w:iCs/>
          <w:color w:val="auto"/>
          <w:lang w:val="pl-PL"/>
        </w:rPr>
      </w:pPr>
      <w:r w:rsidRPr="00F82E34">
        <w:rPr>
          <w:rFonts w:ascii="Roboto" w:hAnsi="Roboto"/>
          <w:i w:val="0"/>
          <w:iCs/>
          <w:color w:val="auto"/>
          <w:lang w:val="pl-PL"/>
        </w:rPr>
        <w:t xml:space="preserve">Formularz </w:t>
      </w:r>
      <w:r w:rsidR="008176AF">
        <w:rPr>
          <w:rFonts w:ascii="Roboto" w:hAnsi="Roboto"/>
          <w:i w:val="0"/>
          <w:iCs/>
          <w:color w:val="auto"/>
          <w:lang w:val="pl-PL"/>
        </w:rPr>
        <w:t>wypełnij</w:t>
      </w:r>
      <w:r w:rsidRPr="00F82E34">
        <w:rPr>
          <w:rFonts w:ascii="Roboto" w:hAnsi="Roboto"/>
          <w:i w:val="0"/>
          <w:iCs/>
          <w:color w:val="auto"/>
          <w:lang w:val="pl-PL"/>
        </w:rPr>
        <w:t xml:space="preserve"> wypełnić czytelnie</w:t>
      </w:r>
      <w:r w:rsidR="000E1AA4">
        <w:rPr>
          <w:rFonts w:ascii="Roboto" w:hAnsi="Roboto"/>
          <w:i w:val="0"/>
          <w:iCs/>
          <w:color w:val="auto"/>
          <w:lang w:val="pl-PL"/>
        </w:rPr>
        <w:t>.</w:t>
      </w:r>
    </w:p>
    <w:p w14:paraId="273CF1C7" w14:textId="448D63F1" w:rsidR="000E1AA4" w:rsidRPr="00F82E34" w:rsidRDefault="000E1AA4" w:rsidP="00E65BF6">
      <w:pPr>
        <w:pStyle w:val="Instrukcja"/>
        <w:numPr>
          <w:ilvl w:val="0"/>
          <w:numId w:val="10"/>
        </w:numPr>
        <w:spacing w:after="0"/>
        <w:rPr>
          <w:rFonts w:ascii="Roboto" w:hAnsi="Roboto"/>
          <w:i w:val="0"/>
          <w:iCs/>
          <w:color w:val="auto"/>
          <w:lang w:val="pl-PL"/>
        </w:rPr>
      </w:pPr>
      <w:r>
        <w:rPr>
          <w:rFonts w:ascii="Roboto" w:hAnsi="Roboto"/>
          <w:i w:val="0"/>
          <w:iCs/>
          <w:color w:val="auto"/>
          <w:lang w:val="pl-PL"/>
        </w:rPr>
        <w:t>Wypełnij wszystkie pola formularza</w:t>
      </w:r>
      <w:r w:rsidR="00D5196E">
        <w:rPr>
          <w:rFonts w:ascii="Roboto" w:hAnsi="Roboto"/>
          <w:i w:val="0"/>
          <w:iCs/>
          <w:color w:val="auto"/>
          <w:lang w:val="pl-PL"/>
        </w:rPr>
        <w:t>.</w:t>
      </w:r>
    </w:p>
    <w:p w14:paraId="2341C36A" w14:textId="5C87479E" w:rsidR="00E65BF6" w:rsidRPr="00F82E34" w:rsidRDefault="00E65BF6" w:rsidP="00E65BF6">
      <w:pPr>
        <w:pStyle w:val="Instrukcja"/>
        <w:numPr>
          <w:ilvl w:val="0"/>
          <w:numId w:val="10"/>
        </w:numPr>
        <w:spacing w:after="0"/>
        <w:rPr>
          <w:rFonts w:ascii="Roboto" w:hAnsi="Roboto"/>
          <w:i w:val="0"/>
          <w:iCs/>
          <w:color w:val="auto"/>
          <w:lang w:val="pl-PL"/>
        </w:rPr>
      </w:pPr>
      <w:r w:rsidRPr="00F82E34">
        <w:rPr>
          <w:rFonts w:ascii="Roboto" w:hAnsi="Roboto"/>
          <w:i w:val="0"/>
          <w:iCs/>
          <w:color w:val="auto"/>
          <w:lang w:val="pl-PL"/>
        </w:rPr>
        <w:t xml:space="preserve">W pytaniach zamkniętych </w:t>
      </w:r>
      <w:r w:rsidR="00C92786">
        <w:rPr>
          <w:rFonts w:ascii="Roboto" w:hAnsi="Roboto"/>
          <w:i w:val="0"/>
          <w:iCs/>
          <w:color w:val="auto"/>
          <w:lang w:val="pl-PL"/>
        </w:rPr>
        <w:t>zaznacz</w:t>
      </w:r>
      <w:r w:rsidRPr="00F82E34">
        <w:rPr>
          <w:rFonts w:ascii="Roboto" w:hAnsi="Roboto"/>
          <w:i w:val="0"/>
          <w:iCs/>
          <w:color w:val="auto"/>
          <w:lang w:val="pl-PL"/>
        </w:rPr>
        <w:t xml:space="preserve"> właściwą odpowiedź znakiem X. </w:t>
      </w:r>
    </w:p>
    <w:p w14:paraId="79933FF0" w14:textId="35700DC4" w:rsidR="003A7670" w:rsidRPr="003A7670" w:rsidRDefault="00273FC5" w:rsidP="003A7670">
      <w:pPr>
        <w:pStyle w:val="Instrukcja"/>
        <w:numPr>
          <w:ilvl w:val="0"/>
          <w:numId w:val="10"/>
        </w:numPr>
        <w:spacing w:after="0"/>
        <w:rPr>
          <w:rFonts w:ascii="Roboto" w:hAnsi="Roboto"/>
          <w:i w:val="0"/>
          <w:iCs/>
          <w:color w:val="auto"/>
          <w:lang w:val="pl-PL"/>
        </w:rPr>
      </w:pPr>
      <w:r w:rsidRPr="00F82E34">
        <w:rPr>
          <w:rFonts w:ascii="Roboto" w:hAnsi="Roboto"/>
          <w:i w:val="0"/>
          <w:iCs/>
          <w:color w:val="auto"/>
          <w:lang w:val="pl-PL"/>
        </w:rPr>
        <w:t xml:space="preserve">W pytaniach TAK/NIE </w:t>
      </w:r>
      <w:r w:rsidR="00C92786">
        <w:rPr>
          <w:rFonts w:ascii="Roboto" w:hAnsi="Roboto"/>
          <w:i w:val="0"/>
          <w:iCs/>
          <w:color w:val="auto"/>
          <w:lang w:val="pl-PL"/>
        </w:rPr>
        <w:t>zaznacz</w:t>
      </w:r>
      <w:r w:rsidRPr="00F82E34">
        <w:rPr>
          <w:rFonts w:ascii="Roboto" w:hAnsi="Roboto"/>
          <w:i w:val="0"/>
          <w:iCs/>
          <w:color w:val="auto"/>
          <w:lang w:val="pl-PL"/>
        </w:rPr>
        <w:t xml:space="preserve"> jedną odpowiedź.</w:t>
      </w:r>
    </w:p>
    <w:p w14:paraId="6EF9297E" w14:textId="466C4D05" w:rsidR="00DB0015" w:rsidRPr="003A7670" w:rsidRDefault="00273FC5" w:rsidP="003A7670">
      <w:pPr>
        <w:pStyle w:val="Instrukcja"/>
        <w:numPr>
          <w:ilvl w:val="0"/>
          <w:numId w:val="10"/>
        </w:numPr>
        <w:spacing w:after="0"/>
        <w:rPr>
          <w:rFonts w:ascii="Roboto" w:hAnsi="Roboto"/>
          <w:i w:val="0"/>
          <w:iCs/>
          <w:color w:val="auto"/>
          <w:lang w:val="pl-PL"/>
        </w:rPr>
      </w:pPr>
      <w:r w:rsidRPr="00F82E34">
        <w:rPr>
          <w:rFonts w:ascii="Roboto" w:hAnsi="Roboto"/>
          <w:i w:val="0"/>
          <w:iCs/>
          <w:color w:val="auto"/>
          <w:lang w:val="pl-PL"/>
        </w:rPr>
        <w:t xml:space="preserve">W przypadku pomyłki </w:t>
      </w:r>
      <w:r w:rsidR="00055802">
        <w:rPr>
          <w:rFonts w:ascii="Roboto" w:hAnsi="Roboto"/>
          <w:i w:val="0"/>
          <w:iCs/>
          <w:color w:val="auto"/>
          <w:lang w:val="pl-PL"/>
        </w:rPr>
        <w:t>przekreśl</w:t>
      </w:r>
      <w:r w:rsidRPr="00F82E34">
        <w:rPr>
          <w:rFonts w:ascii="Roboto" w:hAnsi="Roboto"/>
          <w:i w:val="0"/>
          <w:iCs/>
          <w:color w:val="auto"/>
          <w:lang w:val="pl-PL"/>
        </w:rPr>
        <w:t xml:space="preserve"> błędną odpowiedź, zaznacz właściwą i </w:t>
      </w:r>
      <w:r w:rsidR="00E26A25">
        <w:rPr>
          <w:rFonts w:ascii="Roboto" w:hAnsi="Roboto"/>
          <w:i w:val="0"/>
          <w:iCs/>
          <w:color w:val="auto"/>
          <w:lang w:val="pl-PL"/>
        </w:rPr>
        <w:t>za</w:t>
      </w:r>
      <w:r w:rsidRPr="00F82E34">
        <w:rPr>
          <w:rFonts w:ascii="Roboto" w:hAnsi="Roboto"/>
          <w:i w:val="0"/>
          <w:iCs/>
          <w:color w:val="auto"/>
          <w:lang w:val="pl-PL"/>
        </w:rPr>
        <w:t>paraf</w:t>
      </w:r>
      <w:r w:rsidR="00404E49">
        <w:rPr>
          <w:rFonts w:ascii="Roboto" w:hAnsi="Roboto"/>
          <w:i w:val="0"/>
          <w:iCs/>
          <w:color w:val="auto"/>
          <w:lang w:val="pl-PL"/>
        </w:rPr>
        <w:t>uj</w:t>
      </w:r>
      <w:r w:rsidRPr="00F82E34">
        <w:rPr>
          <w:rFonts w:ascii="Roboto" w:hAnsi="Roboto"/>
          <w:i w:val="0"/>
          <w:iCs/>
          <w:color w:val="auto"/>
          <w:lang w:val="pl-PL"/>
        </w:rPr>
        <w:t xml:space="preserve"> poprawkę. 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0"/>
        <w:gridCol w:w="5216"/>
      </w:tblGrid>
      <w:tr w:rsidR="00DB0015" w:rsidRPr="00F82E34" w14:paraId="005FFEE1" w14:textId="77777777">
        <w:trPr>
          <w:tblHeader/>
          <w:jc w:val="center"/>
        </w:trPr>
        <w:tc>
          <w:tcPr>
            <w:tcW w:w="5100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7B9C03B" w14:textId="6CCD885F" w:rsidR="00DB0015" w:rsidRPr="00F82E34" w:rsidRDefault="00EC16F2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  <w:b/>
              </w:rPr>
              <w:t>Nazwa pola</w:t>
            </w:r>
          </w:p>
        </w:tc>
        <w:tc>
          <w:tcPr>
            <w:tcW w:w="5100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C108234" w14:textId="77777777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  <w:b/>
              </w:rPr>
              <w:t>Miejsce na odpowiedź</w:t>
            </w:r>
          </w:p>
        </w:tc>
      </w:tr>
      <w:tr w:rsidR="00DB0015" w:rsidRPr="00F82E34" w14:paraId="1D1222A1" w14:textId="77777777">
        <w:trPr>
          <w:cantSplit/>
          <w:jc w:val="center"/>
        </w:trPr>
        <w:tc>
          <w:tcPr>
            <w:tcW w:w="4082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DC1A61F" w14:textId="77777777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Numer zgłoszenia (wypełnia CRIS)</w:t>
            </w:r>
          </w:p>
        </w:tc>
        <w:tc>
          <w:tcPr>
            <w:tcW w:w="5216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90EEFCC" w14:textId="365D75AB" w:rsidR="00DB0015" w:rsidRPr="00F82E34" w:rsidRDefault="00DB0015">
            <w:pPr>
              <w:rPr>
                <w:rFonts w:ascii="Roboto" w:hAnsi="Roboto"/>
              </w:rPr>
            </w:pPr>
          </w:p>
        </w:tc>
      </w:tr>
      <w:tr w:rsidR="00DB0015" w:rsidRPr="00F82E34" w14:paraId="1050E1B4" w14:textId="77777777">
        <w:trPr>
          <w:cantSplit/>
          <w:jc w:val="center"/>
        </w:trPr>
        <w:tc>
          <w:tcPr>
            <w:tcW w:w="4082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BC732D5" w14:textId="77777777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Data wpływu zgłoszenia (wypełnia CRIS)</w:t>
            </w:r>
          </w:p>
        </w:tc>
        <w:tc>
          <w:tcPr>
            <w:tcW w:w="5216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3F60600" w14:textId="243BEF72" w:rsidR="00DB0015" w:rsidRPr="00F82E34" w:rsidRDefault="00DB0015">
            <w:pPr>
              <w:rPr>
                <w:rFonts w:ascii="Roboto" w:hAnsi="Roboto"/>
              </w:rPr>
            </w:pPr>
          </w:p>
        </w:tc>
      </w:tr>
      <w:tr w:rsidR="00DB0015" w:rsidRPr="00F82E34" w14:paraId="715BE397" w14:textId="77777777">
        <w:trPr>
          <w:cantSplit/>
          <w:jc w:val="center"/>
        </w:trPr>
        <w:tc>
          <w:tcPr>
            <w:tcW w:w="4082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9EF769C" w14:textId="2976E8A2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Subregion objęty zgłoszeniem</w:t>
            </w:r>
          </w:p>
        </w:tc>
        <w:tc>
          <w:tcPr>
            <w:tcW w:w="5216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2A5E556" w14:textId="534F3E82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Zaznacz właściwą odpowiedź:</w:t>
            </w:r>
            <w:r w:rsidRPr="00F82E34">
              <w:rPr>
                <w:rFonts w:ascii="Roboto" w:hAnsi="Roboto"/>
              </w:rPr>
              <w:br/>
            </w:r>
            <w:sdt>
              <w:sdtPr>
                <w:rPr>
                  <w:rFonts w:ascii="Roboto" w:hAnsi="Roboto" w:cs="Segoe UI Symbol"/>
                </w:rPr>
                <w:id w:val="1154961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08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 xml:space="preserve"> zachodni</w:t>
            </w:r>
            <w:r w:rsidR="00FB230C" w:rsidRPr="00F82E34">
              <w:rPr>
                <w:rFonts w:ascii="Roboto" w:hAnsi="Roboto"/>
              </w:rPr>
              <w:t xml:space="preserve"> </w:t>
            </w:r>
            <w:sdt>
              <w:sdtPr>
                <w:rPr>
                  <w:rFonts w:ascii="Roboto" w:hAnsi="Roboto"/>
                </w:rPr>
                <w:id w:val="834496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08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 xml:space="preserve"> po</w:t>
            </w:r>
            <w:r w:rsidRPr="00F82E34">
              <w:rPr>
                <w:rFonts w:ascii="Roboto" w:hAnsi="Roboto" w:cs="Roboto"/>
              </w:rPr>
              <w:t>ł</w:t>
            </w:r>
            <w:r w:rsidRPr="00F82E34">
              <w:rPr>
                <w:rFonts w:ascii="Roboto" w:hAnsi="Roboto"/>
              </w:rPr>
              <w:t>udniowy</w:t>
            </w:r>
          </w:p>
        </w:tc>
      </w:tr>
    </w:tbl>
    <w:p w14:paraId="1C296638" w14:textId="1E2A6D6D" w:rsidR="00C66E2D" w:rsidRPr="0020502A" w:rsidRDefault="00273FC5" w:rsidP="0020502A">
      <w:pPr>
        <w:pStyle w:val="Nagwek1"/>
        <w:rPr>
          <w:rFonts w:ascii="Roboto" w:hAnsi="Roboto"/>
        </w:rPr>
      </w:pPr>
      <w:r w:rsidRPr="00F82E34">
        <w:rPr>
          <w:rFonts w:ascii="Roboto" w:hAnsi="Roboto"/>
        </w:rPr>
        <w:t>1. Informacje wstępne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0"/>
        <w:gridCol w:w="5216"/>
      </w:tblGrid>
      <w:tr w:rsidR="00DB0015" w:rsidRPr="00F82E34" w14:paraId="0BA2AB82" w14:textId="77777777">
        <w:trPr>
          <w:tblHeader/>
          <w:jc w:val="center"/>
        </w:trPr>
        <w:tc>
          <w:tcPr>
            <w:tcW w:w="5100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AE60CE9" w14:textId="77777777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  <w:b/>
              </w:rPr>
              <w:t>Pytanie / oświadczenie</w:t>
            </w:r>
          </w:p>
        </w:tc>
        <w:tc>
          <w:tcPr>
            <w:tcW w:w="5100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68A1DB6" w14:textId="77777777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  <w:b/>
              </w:rPr>
              <w:t>Odpowiedź</w:t>
            </w:r>
          </w:p>
        </w:tc>
      </w:tr>
      <w:tr w:rsidR="00DB0015" w:rsidRPr="00F82E34" w14:paraId="526B975A" w14:textId="77777777">
        <w:trPr>
          <w:cantSplit/>
          <w:jc w:val="center"/>
        </w:trPr>
        <w:tc>
          <w:tcPr>
            <w:tcW w:w="4082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A9A4C47" w14:textId="012EEB56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Zapoznanie się z dokumentacją naboru</w:t>
            </w:r>
          </w:p>
        </w:tc>
        <w:tc>
          <w:tcPr>
            <w:tcW w:w="5216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C6D2686" w14:textId="2D01E7B9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Potwierdzam, że zapoznałam/em się z ogłoszeniem o naborze i regulaminem uczestnictwa w projekcie „Mosty współpracy”.</w:t>
            </w:r>
            <w:r w:rsidRPr="00F82E34">
              <w:rPr>
                <w:rFonts w:ascii="Roboto" w:hAnsi="Roboto"/>
              </w:rPr>
              <w:br/>
              <w:t xml:space="preserve">Zaznacz: </w:t>
            </w:r>
            <w:sdt>
              <w:sdtPr>
                <w:rPr>
                  <w:rFonts w:ascii="Roboto" w:hAnsi="Roboto"/>
                </w:rPr>
                <w:id w:val="-140421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08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 xml:space="preserve"> TAK</w:t>
            </w:r>
            <w:r w:rsidR="00FB230C" w:rsidRPr="00F82E34">
              <w:rPr>
                <w:rFonts w:ascii="Roboto" w:hAnsi="Roboto"/>
              </w:rPr>
              <w:t xml:space="preserve"> </w:t>
            </w:r>
            <w:sdt>
              <w:sdtPr>
                <w:rPr>
                  <w:rFonts w:ascii="Roboto" w:hAnsi="Roboto"/>
                </w:rPr>
                <w:id w:val="1512952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08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 xml:space="preserve"> NIE</w:t>
            </w:r>
          </w:p>
        </w:tc>
      </w:tr>
    </w:tbl>
    <w:p w14:paraId="2E679888" w14:textId="77777777" w:rsidR="00DB0015" w:rsidRPr="00F82E34" w:rsidRDefault="00273FC5">
      <w:pPr>
        <w:pStyle w:val="Nagwek1"/>
        <w:rPr>
          <w:rFonts w:ascii="Roboto" w:hAnsi="Roboto"/>
        </w:rPr>
      </w:pPr>
      <w:r w:rsidRPr="00F82E34">
        <w:rPr>
          <w:rFonts w:ascii="Roboto" w:hAnsi="Roboto"/>
        </w:rPr>
        <w:t>2. A. Dane organizacji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0"/>
        <w:gridCol w:w="5216"/>
      </w:tblGrid>
      <w:tr w:rsidR="00DB0015" w:rsidRPr="00F82E34" w14:paraId="6ACF8689" w14:textId="77777777">
        <w:trPr>
          <w:tblHeader/>
          <w:jc w:val="center"/>
        </w:trPr>
        <w:tc>
          <w:tcPr>
            <w:tcW w:w="5100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7536DA0" w14:textId="1C20E3A1" w:rsidR="00DB0015" w:rsidRPr="00F82E34" w:rsidRDefault="00EC16F2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  <w:b/>
              </w:rPr>
              <w:t>Nazwa pola</w:t>
            </w:r>
          </w:p>
        </w:tc>
        <w:tc>
          <w:tcPr>
            <w:tcW w:w="5100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6A17342" w14:textId="77777777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  <w:b/>
              </w:rPr>
              <w:t>Odpowiedź</w:t>
            </w:r>
          </w:p>
        </w:tc>
      </w:tr>
      <w:tr w:rsidR="00DB0015" w:rsidRPr="00F82E34" w14:paraId="1C1F3038" w14:textId="77777777">
        <w:trPr>
          <w:cantSplit/>
          <w:jc w:val="center"/>
        </w:trPr>
        <w:tc>
          <w:tcPr>
            <w:tcW w:w="4082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66934A0" w14:textId="5CA51179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Pełna nazwa organizacji/podmiotu</w:t>
            </w:r>
          </w:p>
        </w:tc>
        <w:sdt>
          <w:sdtPr>
            <w:rPr>
              <w:rFonts w:ascii="Roboto" w:hAnsi="Roboto"/>
            </w:rPr>
            <w:id w:val="-212731058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16" w:type="dxa"/>
                <w:tcMar>
                  <w:top w:w="90" w:type="dxa"/>
                  <w:left w:w="100" w:type="dxa"/>
                  <w:bottom w:w="90" w:type="dxa"/>
                  <w:right w:w="100" w:type="dxa"/>
                </w:tcMar>
              </w:tcPr>
              <w:p w14:paraId="7D14A587" w14:textId="1C1C558F" w:rsidR="00DB0015" w:rsidRPr="00F82E34" w:rsidRDefault="00F82E34">
                <w:pPr>
                  <w:rPr>
                    <w:rFonts w:ascii="Roboto" w:hAnsi="Roboto"/>
                  </w:rPr>
                </w:pPr>
                <w:r w:rsidRPr="00477B5F">
                  <w:rPr>
                    <w:rStyle w:val="Tekstzastpczy"/>
                    <w:lang w:val="en-US"/>
                  </w:rPr>
                  <w:t>Kliknij lub naciśnij tutaj, aby wprowadzić tekst.</w:t>
                </w:r>
              </w:p>
            </w:tc>
          </w:sdtContent>
        </w:sdt>
      </w:tr>
      <w:tr w:rsidR="00DB0015" w:rsidRPr="00F82E34" w14:paraId="5813EBBA" w14:textId="77777777">
        <w:trPr>
          <w:cantSplit/>
          <w:jc w:val="center"/>
        </w:trPr>
        <w:tc>
          <w:tcPr>
            <w:tcW w:w="4082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38997B4" w14:textId="66480B2A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lastRenderedPageBreak/>
              <w:t>Forma prawna</w:t>
            </w:r>
          </w:p>
        </w:tc>
        <w:tc>
          <w:tcPr>
            <w:tcW w:w="5216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BFF4090" w14:textId="6DA9A4F3" w:rsidR="00FB230C" w:rsidRPr="00F82E34" w:rsidRDefault="00273FC5" w:rsidP="000B5F4F">
            <w:pPr>
              <w:spacing w:after="0"/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Zaznacz właściwą odpowiedź:</w:t>
            </w:r>
            <w:r w:rsidRPr="00F82E34">
              <w:rPr>
                <w:rFonts w:ascii="Roboto" w:hAnsi="Roboto"/>
              </w:rPr>
              <w:br/>
            </w:r>
            <w:sdt>
              <w:sdtPr>
                <w:rPr>
                  <w:rFonts w:ascii="Roboto" w:hAnsi="Roboto" w:cs="Segoe UI Symbol"/>
                </w:rPr>
                <w:id w:val="1954055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08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82E34">
              <w:rPr>
                <w:rFonts w:ascii="Roboto" w:hAnsi="Roboto" w:cs="Segoe UI Symbol"/>
              </w:rPr>
              <w:t xml:space="preserve"> </w:t>
            </w:r>
            <w:r w:rsidRPr="00F82E34">
              <w:rPr>
                <w:rFonts w:ascii="Roboto" w:hAnsi="Roboto"/>
              </w:rPr>
              <w:t>stowarzyszenie rejestrowe</w:t>
            </w:r>
          </w:p>
          <w:p w14:paraId="074CF909" w14:textId="60A67A2B" w:rsidR="00FB230C" w:rsidRPr="00F82E34" w:rsidRDefault="00B636EA" w:rsidP="000B5F4F">
            <w:pPr>
              <w:spacing w:after="0"/>
              <w:rPr>
                <w:rFonts w:ascii="Roboto" w:hAnsi="Roboto"/>
              </w:rPr>
            </w:pPr>
            <w:sdt>
              <w:sdtPr>
                <w:rPr>
                  <w:rFonts w:ascii="Roboto" w:hAnsi="Roboto"/>
                </w:rPr>
                <w:id w:val="1333267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FE7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82E34">
              <w:rPr>
                <w:rFonts w:ascii="Roboto" w:hAnsi="Roboto"/>
              </w:rPr>
              <w:t xml:space="preserve"> </w:t>
            </w:r>
            <w:r w:rsidR="00FB230C" w:rsidRPr="00F82E34">
              <w:rPr>
                <w:rFonts w:ascii="Roboto" w:hAnsi="Roboto"/>
              </w:rPr>
              <w:t>stowarzyszenie zwyk</w:t>
            </w:r>
            <w:r w:rsidR="00FB230C" w:rsidRPr="00F82E34">
              <w:rPr>
                <w:rFonts w:ascii="Roboto" w:hAnsi="Roboto" w:cs="Roboto"/>
              </w:rPr>
              <w:t>ł</w:t>
            </w:r>
            <w:r w:rsidR="00FB230C" w:rsidRPr="00F82E34">
              <w:rPr>
                <w:rFonts w:ascii="Roboto" w:hAnsi="Roboto"/>
              </w:rPr>
              <w:t>e</w:t>
            </w:r>
          </w:p>
          <w:p w14:paraId="14D4A4AA" w14:textId="2029FC9C" w:rsidR="00FB230C" w:rsidRPr="00F82E34" w:rsidRDefault="00B636EA" w:rsidP="000B5F4F">
            <w:pPr>
              <w:spacing w:after="0"/>
              <w:rPr>
                <w:rFonts w:ascii="Roboto" w:hAnsi="Roboto"/>
              </w:rPr>
            </w:pPr>
            <w:sdt>
              <w:sdtPr>
                <w:rPr>
                  <w:rFonts w:ascii="Roboto" w:hAnsi="Roboto"/>
                </w:rPr>
                <w:id w:val="-401596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230C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82E34">
              <w:rPr>
                <w:rFonts w:ascii="Roboto" w:hAnsi="Roboto"/>
              </w:rPr>
              <w:t xml:space="preserve"> </w:t>
            </w:r>
            <w:r w:rsidR="00FB230C" w:rsidRPr="00F82E34">
              <w:rPr>
                <w:rFonts w:ascii="Roboto" w:hAnsi="Roboto"/>
              </w:rPr>
              <w:t>fundacja</w:t>
            </w:r>
          </w:p>
          <w:p w14:paraId="1ED48374" w14:textId="30847272" w:rsidR="00FB230C" w:rsidRPr="00F82E34" w:rsidRDefault="00B636EA" w:rsidP="000B5F4F">
            <w:pPr>
              <w:spacing w:after="0"/>
              <w:rPr>
                <w:rFonts w:ascii="Roboto" w:hAnsi="Roboto"/>
              </w:rPr>
            </w:pPr>
            <w:sdt>
              <w:sdtPr>
                <w:rPr>
                  <w:rFonts w:ascii="Roboto" w:hAnsi="Roboto"/>
                </w:rPr>
                <w:id w:val="-877854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E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2E34">
              <w:rPr>
                <w:rFonts w:ascii="Roboto" w:hAnsi="Roboto"/>
              </w:rPr>
              <w:t xml:space="preserve"> </w:t>
            </w:r>
            <w:r w:rsidR="00FB230C" w:rsidRPr="00F82E34">
              <w:rPr>
                <w:rFonts w:ascii="Roboto" w:hAnsi="Roboto"/>
              </w:rPr>
              <w:t>sp</w:t>
            </w:r>
            <w:r w:rsidR="00FB230C" w:rsidRPr="00F82E34">
              <w:rPr>
                <w:rFonts w:ascii="Roboto" w:hAnsi="Roboto" w:cs="Roboto"/>
              </w:rPr>
              <w:t>ół</w:t>
            </w:r>
            <w:r w:rsidR="00FB230C" w:rsidRPr="00F82E34">
              <w:rPr>
                <w:rFonts w:ascii="Roboto" w:hAnsi="Roboto"/>
              </w:rPr>
              <w:t>dzielnia socjalna</w:t>
            </w:r>
          </w:p>
          <w:p w14:paraId="27F825AB" w14:textId="64275415" w:rsidR="00FB230C" w:rsidRPr="00F82E34" w:rsidRDefault="00B636EA" w:rsidP="000B5F4F">
            <w:pPr>
              <w:spacing w:after="0"/>
              <w:rPr>
                <w:rFonts w:ascii="Roboto" w:hAnsi="Roboto"/>
              </w:rPr>
            </w:pPr>
            <w:sdt>
              <w:sdtPr>
                <w:rPr>
                  <w:rFonts w:ascii="Roboto" w:hAnsi="Roboto"/>
                </w:rPr>
                <w:id w:val="-430906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230C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82E34">
              <w:rPr>
                <w:rFonts w:ascii="Roboto" w:hAnsi="Roboto"/>
              </w:rPr>
              <w:t xml:space="preserve"> </w:t>
            </w:r>
            <w:r w:rsidR="00FB230C" w:rsidRPr="00F82E34">
              <w:rPr>
                <w:rFonts w:ascii="Roboto" w:hAnsi="Roboto"/>
              </w:rPr>
              <w:t>ko</w:t>
            </w:r>
            <w:r w:rsidR="00FB230C" w:rsidRPr="00F82E34">
              <w:rPr>
                <w:rFonts w:ascii="Roboto" w:hAnsi="Roboto" w:cs="Roboto"/>
              </w:rPr>
              <w:t>ś</w:t>
            </w:r>
            <w:r w:rsidR="00FB230C" w:rsidRPr="00F82E34">
              <w:rPr>
                <w:rFonts w:ascii="Roboto" w:hAnsi="Roboto"/>
              </w:rPr>
              <w:t>cielna osoba prawna / jednostka organizacyjna</w:t>
            </w:r>
          </w:p>
          <w:p w14:paraId="2E1C933D" w14:textId="07A0649D" w:rsidR="00FB230C" w:rsidRPr="00F82E34" w:rsidRDefault="00B636EA" w:rsidP="000B5F4F">
            <w:pPr>
              <w:spacing w:after="0"/>
              <w:rPr>
                <w:rFonts w:ascii="Roboto" w:hAnsi="Roboto"/>
              </w:rPr>
            </w:pPr>
            <w:sdt>
              <w:sdtPr>
                <w:rPr>
                  <w:rFonts w:ascii="Roboto" w:hAnsi="Roboto"/>
                </w:rPr>
                <w:id w:val="370339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2E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2E34">
              <w:rPr>
                <w:rFonts w:ascii="Roboto" w:hAnsi="Roboto"/>
              </w:rPr>
              <w:t xml:space="preserve"> </w:t>
            </w:r>
            <w:r w:rsidR="00FB230C" w:rsidRPr="00F82E34">
              <w:rPr>
                <w:rFonts w:ascii="Roboto" w:hAnsi="Roboto"/>
              </w:rPr>
              <w:t>stowarzyszenie JST</w:t>
            </w:r>
          </w:p>
          <w:p w14:paraId="008DB98C" w14:textId="618770D4" w:rsidR="00DB0015" w:rsidRPr="00F82E34" w:rsidRDefault="00B636EA" w:rsidP="000B5F4F">
            <w:pPr>
              <w:spacing w:after="0"/>
              <w:rPr>
                <w:rFonts w:ascii="Roboto" w:hAnsi="Roboto"/>
              </w:rPr>
            </w:pPr>
            <w:sdt>
              <w:sdtPr>
                <w:rPr>
                  <w:rFonts w:ascii="Roboto" w:hAnsi="Roboto"/>
                </w:rPr>
                <w:id w:val="-1145899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230C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82E34">
              <w:rPr>
                <w:rFonts w:ascii="Roboto" w:hAnsi="Roboto"/>
              </w:rPr>
              <w:t xml:space="preserve"> </w:t>
            </w:r>
            <w:r w:rsidR="00FB230C" w:rsidRPr="00F82E34">
              <w:rPr>
                <w:rFonts w:ascii="Roboto" w:hAnsi="Roboto"/>
              </w:rPr>
              <w:t>sp</w:t>
            </w:r>
            <w:r w:rsidR="00FB230C" w:rsidRPr="00F82E34">
              <w:rPr>
                <w:rFonts w:ascii="Roboto" w:hAnsi="Roboto" w:cs="Roboto"/>
              </w:rPr>
              <w:t>ół</w:t>
            </w:r>
            <w:r w:rsidR="00FB230C" w:rsidRPr="00F82E34">
              <w:rPr>
                <w:rFonts w:ascii="Roboto" w:hAnsi="Roboto"/>
              </w:rPr>
              <w:t>ka non-profit / klub sportowy b</w:t>
            </w:r>
            <w:r w:rsidR="00FB230C" w:rsidRPr="00F82E34">
              <w:rPr>
                <w:rFonts w:ascii="Roboto" w:hAnsi="Roboto" w:cs="Roboto"/>
              </w:rPr>
              <w:t>ę</w:t>
            </w:r>
            <w:r w:rsidR="00FB230C" w:rsidRPr="00F82E34">
              <w:rPr>
                <w:rFonts w:ascii="Roboto" w:hAnsi="Roboto"/>
              </w:rPr>
              <w:t>d</w:t>
            </w:r>
            <w:r w:rsidR="00FB230C" w:rsidRPr="00F82E34">
              <w:rPr>
                <w:rFonts w:ascii="Roboto" w:hAnsi="Roboto" w:cs="Roboto"/>
              </w:rPr>
              <w:t>ą</w:t>
            </w:r>
            <w:r w:rsidR="00FB230C" w:rsidRPr="00F82E34">
              <w:rPr>
                <w:rFonts w:ascii="Roboto" w:hAnsi="Roboto"/>
              </w:rPr>
              <w:t>cy sp</w:t>
            </w:r>
            <w:r w:rsidR="00FB230C" w:rsidRPr="00F82E34">
              <w:rPr>
                <w:rFonts w:ascii="Roboto" w:hAnsi="Roboto" w:cs="Roboto"/>
              </w:rPr>
              <w:t>ół</w:t>
            </w:r>
            <w:r w:rsidR="00FB230C" w:rsidRPr="00F82E34">
              <w:rPr>
                <w:rFonts w:ascii="Roboto" w:hAnsi="Roboto"/>
              </w:rPr>
              <w:t>k</w:t>
            </w:r>
            <w:r w:rsidR="00FB230C" w:rsidRPr="00F82E34">
              <w:rPr>
                <w:rFonts w:ascii="Roboto" w:hAnsi="Roboto" w:cs="Roboto"/>
              </w:rPr>
              <w:t>ą</w:t>
            </w:r>
            <w:r w:rsidR="00F82E34">
              <w:rPr>
                <w:rFonts w:ascii="Roboto" w:hAnsi="Roboto" w:cs="Roboto"/>
              </w:rPr>
              <w:br/>
            </w:r>
            <w:sdt>
              <w:sdtPr>
                <w:rPr>
                  <w:rFonts w:ascii="Roboto" w:hAnsi="Roboto"/>
                </w:rPr>
                <w:id w:val="425930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230C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82E34">
              <w:rPr>
                <w:rFonts w:ascii="Roboto" w:hAnsi="Roboto"/>
              </w:rPr>
              <w:t xml:space="preserve"> </w:t>
            </w:r>
            <w:r w:rsidR="00FB230C" w:rsidRPr="00F82E34">
              <w:rPr>
                <w:rFonts w:ascii="Roboto" w:hAnsi="Roboto"/>
              </w:rPr>
              <w:t xml:space="preserve">inna uprawniona forma - wpisz jaka: </w:t>
            </w:r>
            <w:sdt>
              <w:sdtPr>
                <w:rPr>
                  <w:rFonts w:ascii="Roboto" w:hAnsi="Roboto"/>
                </w:rPr>
                <w:id w:val="1262958373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B20FE7" w:rsidRPr="00F82E34">
                  <w:rPr>
                    <w:rStyle w:val="Tekstzastpczy"/>
                    <w:rFonts w:ascii="Roboto" w:hAnsi="Roboto"/>
                  </w:rPr>
                  <w:t>Kliknij lub naciśnij tutaj, aby wprowadzić tekst.</w:t>
                </w:r>
              </w:sdtContent>
            </w:sdt>
          </w:p>
        </w:tc>
      </w:tr>
      <w:tr w:rsidR="00DB0015" w:rsidRPr="00F82E34" w14:paraId="7328BF33" w14:textId="77777777">
        <w:trPr>
          <w:cantSplit/>
          <w:jc w:val="center"/>
        </w:trPr>
        <w:tc>
          <w:tcPr>
            <w:tcW w:w="4082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F471D6F" w14:textId="27C251DC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KRS / inny rejestr / numer ewidencyjny</w:t>
            </w:r>
          </w:p>
        </w:tc>
        <w:sdt>
          <w:sdtPr>
            <w:rPr>
              <w:rFonts w:ascii="Roboto" w:hAnsi="Roboto"/>
            </w:rPr>
            <w:id w:val="100663747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16" w:type="dxa"/>
                <w:tcMar>
                  <w:top w:w="90" w:type="dxa"/>
                  <w:left w:w="100" w:type="dxa"/>
                  <w:bottom w:w="90" w:type="dxa"/>
                  <w:right w:w="100" w:type="dxa"/>
                </w:tcMar>
              </w:tcPr>
              <w:p w14:paraId="3640E89E" w14:textId="7F356F24" w:rsidR="00DB0015" w:rsidRPr="00F82E34" w:rsidRDefault="00F82E34">
                <w:pPr>
                  <w:rPr>
                    <w:rFonts w:ascii="Roboto" w:hAnsi="Roboto"/>
                  </w:rPr>
                </w:pPr>
                <w:r w:rsidRPr="00477B5F">
                  <w:rPr>
                    <w:rStyle w:val="Tekstzastpczy"/>
                    <w:lang w:val="en-US"/>
                  </w:rPr>
                  <w:t>Kliknij lub naciśnij tutaj, aby wprowadzić tekst.</w:t>
                </w:r>
              </w:p>
            </w:tc>
          </w:sdtContent>
        </w:sdt>
      </w:tr>
      <w:tr w:rsidR="00DB0015" w:rsidRPr="00F82E34" w14:paraId="615CE479" w14:textId="77777777">
        <w:trPr>
          <w:cantSplit/>
          <w:jc w:val="center"/>
        </w:trPr>
        <w:tc>
          <w:tcPr>
            <w:tcW w:w="4082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D3C0481" w14:textId="63F88E55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NIP</w:t>
            </w:r>
          </w:p>
        </w:tc>
        <w:sdt>
          <w:sdtPr>
            <w:rPr>
              <w:rFonts w:ascii="Roboto" w:hAnsi="Roboto"/>
            </w:rPr>
            <w:id w:val="-98091874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16" w:type="dxa"/>
                <w:tcMar>
                  <w:top w:w="90" w:type="dxa"/>
                  <w:left w:w="100" w:type="dxa"/>
                  <w:bottom w:w="90" w:type="dxa"/>
                  <w:right w:w="100" w:type="dxa"/>
                </w:tcMar>
              </w:tcPr>
              <w:p w14:paraId="0285C82C" w14:textId="5C2D2E1B" w:rsidR="00DB0015" w:rsidRPr="00F82E34" w:rsidRDefault="00EF4008">
                <w:pPr>
                  <w:rPr>
                    <w:rFonts w:ascii="Roboto" w:hAnsi="Roboto"/>
                  </w:rPr>
                </w:pPr>
                <w:r w:rsidRPr="00F82E34">
                  <w:rPr>
                    <w:rStyle w:val="Tekstzastpczy"/>
                    <w:rFonts w:ascii="Roboto" w:hAnsi="Roboto"/>
                  </w:rPr>
                  <w:t>Kliknij lub naciśnij tutaj, aby wprowadzić tekst.</w:t>
                </w:r>
              </w:p>
            </w:tc>
          </w:sdtContent>
        </w:sdt>
      </w:tr>
      <w:tr w:rsidR="00DB0015" w:rsidRPr="00F82E34" w14:paraId="7D47FCA5" w14:textId="77777777">
        <w:trPr>
          <w:cantSplit/>
          <w:jc w:val="center"/>
        </w:trPr>
        <w:tc>
          <w:tcPr>
            <w:tcW w:w="4082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3B5E168" w14:textId="77777777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REGON</w:t>
            </w:r>
          </w:p>
        </w:tc>
        <w:sdt>
          <w:sdtPr>
            <w:rPr>
              <w:rFonts w:ascii="Roboto" w:hAnsi="Roboto"/>
            </w:rPr>
            <w:id w:val="-53304286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16" w:type="dxa"/>
                <w:tcMar>
                  <w:top w:w="90" w:type="dxa"/>
                  <w:left w:w="100" w:type="dxa"/>
                  <w:bottom w:w="90" w:type="dxa"/>
                  <w:right w:w="100" w:type="dxa"/>
                </w:tcMar>
              </w:tcPr>
              <w:p w14:paraId="33952F65" w14:textId="0DDB3F8E" w:rsidR="00DB0015" w:rsidRPr="00F82E34" w:rsidRDefault="00623B96">
                <w:pPr>
                  <w:rPr>
                    <w:rFonts w:ascii="Roboto" w:hAnsi="Roboto"/>
                  </w:rPr>
                </w:pPr>
                <w:r w:rsidRPr="00F82E34">
                  <w:rPr>
                    <w:rStyle w:val="Tekstzastpczy"/>
                    <w:rFonts w:ascii="Roboto" w:hAnsi="Roboto"/>
                  </w:rPr>
                  <w:t>Kliknij lub naciśnij tutaj, aby wprowadzić tekst.</w:t>
                </w:r>
              </w:p>
            </w:tc>
          </w:sdtContent>
        </w:sdt>
      </w:tr>
      <w:tr w:rsidR="00DB0015" w:rsidRPr="00F82E34" w14:paraId="02B695E8" w14:textId="77777777">
        <w:trPr>
          <w:cantSplit/>
          <w:jc w:val="center"/>
        </w:trPr>
        <w:tc>
          <w:tcPr>
            <w:tcW w:w="4082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DB446AB" w14:textId="07A650B2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Strona internetowa lub profil społecznościowy</w:t>
            </w:r>
            <w:r w:rsidR="003A7670">
              <w:rPr>
                <w:rFonts w:ascii="Roboto" w:hAnsi="Roboto"/>
              </w:rPr>
              <w:t xml:space="preserve"> (jeśli istnieje)</w:t>
            </w:r>
          </w:p>
        </w:tc>
        <w:sdt>
          <w:sdtPr>
            <w:rPr>
              <w:rFonts w:ascii="Roboto" w:hAnsi="Roboto"/>
            </w:rPr>
            <w:id w:val="70999532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16" w:type="dxa"/>
                <w:tcMar>
                  <w:top w:w="90" w:type="dxa"/>
                  <w:left w:w="100" w:type="dxa"/>
                  <w:bottom w:w="90" w:type="dxa"/>
                  <w:right w:w="100" w:type="dxa"/>
                </w:tcMar>
              </w:tcPr>
              <w:p w14:paraId="1807EA5C" w14:textId="1467323B" w:rsidR="00DB0015" w:rsidRPr="00F82E34" w:rsidRDefault="00F82E34">
                <w:pPr>
                  <w:rPr>
                    <w:rFonts w:ascii="Roboto" w:hAnsi="Roboto"/>
                  </w:rPr>
                </w:pPr>
                <w:r w:rsidRPr="00477B5F">
                  <w:rPr>
                    <w:rStyle w:val="Tekstzastpczy"/>
                    <w:lang w:val="en-US"/>
                  </w:rPr>
                  <w:t>Kliknij lub naciśnij tutaj, aby wprowadzić tekst.</w:t>
                </w:r>
              </w:p>
            </w:tc>
          </w:sdtContent>
        </w:sdt>
      </w:tr>
      <w:tr w:rsidR="00DB0015" w:rsidRPr="00F82E34" w14:paraId="4AF7AB58" w14:textId="77777777">
        <w:trPr>
          <w:cantSplit/>
          <w:jc w:val="center"/>
        </w:trPr>
        <w:tc>
          <w:tcPr>
            <w:tcW w:w="4082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1A18786" w14:textId="31D1F3B7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E-mail organizacji</w:t>
            </w:r>
          </w:p>
        </w:tc>
        <w:sdt>
          <w:sdtPr>
            <w:rPr>
              <w:rFonts w:ascii="Roboto" w:hAnsi="Roboto"/>
            </w:rPr>
            <w:id w:val="-55601078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16" w:type="dxa"/>
                <w:tcMar>
                  <w:top w:w="90" w:type="dxa"/>
                  <w:left w:w="100" w:type="dxa"/>
                  <w:bottom w:w="90" w:type="dxa"/>
                  <w:right w:w="100" w:type="dxa"/>
                </w:tcMar>
              </w:tcPr>
              <w:p w14:paraId="1CD8F9E6" w14:textId="368FEFBE" w:rsidR="00DB0015" w:rsidRPr="00F82E34" w:rsidRDefault="00F82E34">
                <w:pPr>
                  <w:rPr>
                    <w:rFonts w:ascii="Roboto" w:hAnsi="Roboto"/>
                  </w:rPr>
                </w:pPr>
                <w:r w:rsidRPr="00477B5F">
                  <w:rPr>
                    <w:rStyle w:val="Tekstzastpczy"/>
                    <w:lang w:val="en-US"/>
                  </w:rPr>
                  <w:t>Kliknij lub naciśnij tutaj, aby wprowadzić tekst.</w:t>
                </w:r>
              </w:p>
            </w:tc>
          </w:sdtContent>
        </w:sdt>
      </w:tr>
      <w:tr w:rsidR="00DB0015" w:rsidRPr="00F82E34" w14:paraId="7AA4EA5F" w14:textId="77777777">
        <w:trPr>
          <w:cantSplit/>
          <w:jc w:val="center"/>
        </w:trPr>
        <w:tc>
          <w:tcPr>
            <w:tcW w:w="4082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A75310D" w14:textId="5AA5DF44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Telefon organizacji</w:t>
            </w:r>
          </w:p>
        </w:tc>
        <w:sdt>
          <w:sdtPr>
            <w:rPr>
              <w:rFonts w:ascii="Roboto" w:hAnsi="Roboto"/>
            </w:rPr>
            <w:id w:val="-168797441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16" w:type="dxa"/>
                <w:tcMar>
                  <w:top w:w="90" w:type="dxa"/>
                  <w:left w:w="100" w:type="dxa"/>
                  <w:bottom w:w="90" w:type="dxa"/>
                  <w:right w:w="100" w:type="dxa"/>
                </w:tcMar>
              </w:tcPr>
              <w:p w14:paraId="1CE790A6" w14:textId="6A4B2730" w:rsidR="00DB0015" w:rsidRPr="00F82E34" w:rsidRDefault="00F82E34">
                <w:pPr>
                  <w:rPr>
                    <w:rFonts w:ascii="Roboto" w:hAnsi="Roboto"/>
                  </w:rPr>
                </w:pPr>
                <w:r w:rsidRPr="00477B5F">
                  <w:rPr>
                    <w:rStyle w:val="Tekstzastpczy"/>
                    <w:lang w:val="en-US"/>
                  </w:rPr>
                  <w:t>Kliknij lub naciśnij tutaj, aby wprowadzić tekst.</w:t>
                </w:r>
              </w:p>
            </w:tc>
          </w:sdtContent>
        </w:sdt>
      </w:tr>
      <w:tr w:rsidR="00DB0015" w:rsidRPr="00F82E34" w14:paraId="4D734017" w14:textId="77777777">
        <w:trPr>
          <w:cantSplit/>
          <w:jc w:val="center"/>
        </w:trPr>
        <w:tc>
          <w:tcPr>
            <w:tcW w:w="4082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3C035F3" w14:textId="53361DAA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Adres siedziby: ulica, numer, kod pocztowy, miejscowość</w:t>
            </w:r>
          </w:p>
        </w:tc>
        <w:sdt>
          <w:sdtPr>
            <w:rPr>
              <w:rFonts w:ascii="Roboto" w:hAnsi="Roboto"/>
            </w:rPr>
            <w:id w:val="-108206011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16" w:type="dxa"/>
                <w:tcMar>
                  <w:top w:w="90" w:type="dxa"/>
                  <w:left w:w="100" w:type="dxa"/>
                  <w:bottom w:w="90" w:type="dxa"/>
                  <w:right w:w="100" w:type="dxa"/>
                </w:tcMar>
              </w:tcPr>
              <w:p w14:paraId="1FE27370" w14:textId="3E9EFBEF" w:rsidR="00DB0015" w:rsidRPr="00F82E34" w:rsidRDefault="00623B96">
                <w:pPr>
                  <w:rPr>
                    <w:rFonts w:ascii="Roboto" w:hAnsi="Roboto"/>
                  </w:rPr>
                </w:pPr>
                <w:r w:rsidRPr="00F82E34">
                  <w:rPr>
                    <w:rStyle w:val="Tekstzastpczy"/>
                    <w:rFonts w:ascii="Roboto" w:hAnsi="Roboto"/>
                  </w:rPr>
                  <w:t>Kliknij lub naciśnij tutaj, aby wprowadzić tekst.</w:t>
                </w:r>
              </w:p>
            </w:tc>
          </w:sdtContent>
        </w:sdt>
      </w:tr>
      <w:tr w:rsidR="00DB0015" w:rsidRPr="00F82E34" w14:paraId="324B831C" w14:textId="77777777">
        <w:trPr>
          <w:cantSplit/>
          <w:jc w:val="center"/>
        </w:trPr>
        <w:tc>
          <w:tcPr>
            <w:tcW w:w="4082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96E993B" w14:textId="7A6CA631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 xml:space="preserve">Adres oddziału lub jednostki organizacyjnej w subregionie </w:t>
            </w:r>
            <w:r w:rsidR="003A7670">
              <w:rPr>
                <w:rFonts w:ascii="Roboto" w:hAnsi="Roboto"/>
              </w:rPr>
              <w:t>(</w:t>
            </w:r>
            <w:r w:rsidRPr="00F82E34">
              <w:rPr>
                <w:rFonts w:ascii="Roboto" w:hAnsi="Roboto"/>
              </w:rPr>
              <w:t>jeśli inny niż adres siedziby</w:t>
            </w:r>
            <w:r w:rsidR="003A7670">
              <w:rPr>
                <w:rFonts w:ascii="Roboto" w:hAnsi="Roboto"/>
              </w:rPr>
              <w:t>)</w:t>
            </w:r>
          </w:p>
        </w:tc>
        <w:sdt>
          <w:sdtPr>
            <w:rPr>
              <w:rFonts w:ascii="Roboto" w:hAnsi="Roboto"/>
            </w:rPr>
            <w:id w:val="113129170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16" w:type="dxa"/>
                <w:tcMar>
                  <w:top w:w="90" w:type="dxa"/>
                  <w:left w:w="100" w:type="dxa"/>
                  <w:bottom w:w="90" w:type="dxa"/>
                  <w:right w:w="100" w:type="dxa"/>
                </w:tcMar>
              </w:tcPr>
              <w:p w14:paraId="02F95556" w14:textId="181824B6" w:rsidR="00DB0015" w:rsidRPr="00F82E34" w:rsidRDefault="00F82E34">
                <w:pPr>
                  <w:rPr>
                    <w:rFonts w:ascii="Roboto" w:hAnsi="Roboto"/>
                  </w:rPr>
                </w:pPr>
                <w:r w:rsidRPr="00477B5F">
                  <w:rPr>
                    <w:rStyle w:val="Tekstzastpczy"/>
                    <w:lang w:val="en-US"/>
                  </w:rPr>
                  <w:t>Kliknij lub naciśnij tutaj, aby wprowadzić tekst.</w:t>
                </w:r>
              </w:p>
            </w:tc>
          </w:sdtContent>
        </w:sdt>
      </w:tr>
      <w:tr w:rsidR="00DB0015" w:rsidRPr="00F82E34" w14:paraId="0C986951" w14:textId="77777777">
        <w:trPr>
          <w:cantSplit/>
          <w:jc w:val="center"/>
        </w:trPr>
        <w:tc>
          <w:tcPr>
            <w:tcW w:w="4082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5F18BDD" w14:textId="7C1B38A4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Osoba do kontaktu w sprawie zgłoszenia: imię i nazwisko</w:t>
            </w:r>
          </w:p>
        </w:tc>
        <w:sdt>
          <w:sdtPr>
            <w:rPr>
              <w:rFonts w:ascii="Roboto" w:hAnsi="Roboto"/>
            </w:rPr>
            <w:id w:val="169365620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16" w:type="dxa"/>
                <w:tcMar>
                  <w:top w:w="90" w:type="dxa"/>
                  <w:left w:w="100" w:type="dxa"/>
                  <w:bottom w:w="90" w:type="dxa"/>
                  <w:right w:w="100" w:type="dxa"/>
                </w:tcMar>
              </w:tcPr>
              <w:p w14:paraId="6E8F5AB9" w14:textId="0B9202BF" w:rsidR="00DB0015" w:rsidRPr="00F82E34" w:rsidRDefault="00F82E34">
                <w:pPr>
                  <w:rPr>
                    <w:rFonts w:ascii="Roboto" w:hAnsi="Roboto"/>
                  </w:rPr>
                </w:pPr>
                <w:r w:rsidRPr="00477B5F">
                  <w:rPr>
                    <w:rStyle w:val="Tekstzastpczy"/>
                    <w:lang w:val="en-US"/>
                  </w:rPr>
                  <w:t>Kliknij lub naciśnij tutaj, aby wprowadzić tekst.</w:t>
                </w:r>
              </w:p>
            </w:tc>
          </w:sdtContent>
        </w:sdt>
      </w:tr>
      <w:tr w:rsidR="00DB0015" w:rsidRPr="00F82E34" w14:paraId="2E8A00DE" w14:textId="77777777">
        <w:trPr>
          <w:cantSplit/>
          <w:jc w:val="center"/>
        </w:trPr>
        <w:tc>
          <w:tcPr>
            <w:tcW w:w="4082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E0CF083" w14:textId="275D1A87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Funkcja osoby do kontaktu</w:t>
            </w:r>
          </w:p>
        </w:tc>
        <w:sdt>
          <w:sdtPr>
            <w:rPr>
              <w:rFonts w:ascii="Roboto" w:hAnsi="Roboto"/>
            </w:rPr>
            <w:id w:val="-111336169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16" w:type="dxa"/>
                <w:tcMar>
                  <w:top w:w="90" w:type="dxa"/>
                  <w:left w:w="100" w:type="dxa"/>
                  <w:bottom w:w="90" w:type="dxa"/>
                  <w:right w:w="100" w:type="dxa"/>
                </w:tcMar>
              </w:tcPr>
              <w:p w14:paraId="6173B23F" w14:textId="01FA9A6A" w:rsidR="00DB0015" w:rsidRPr="00F82E34" w:rsidRDefault="00F82E34">
                <w:pPr>
                  <w:rPr>
                    <w:rFonts w:ascii="Roboto" w:hAnsi="Roboto"/>
                  </w:rPr>
                </w:pPr>
                <w:r w:rsidRPr="00477B5F">
                  <w:rPr>
                    <w:rStyle w:val="Tekstzastpczy"/>
                    <w:lang w:val="en-US"/>
                  </w:rPr>
                  <w:t>Kliknij lub naciśnij tutaj, aby wprowadzić tekst.</w:t>
                </w:r>
              </w:p>
            </w:tc>
          </w:sdtContent>
        </w:sdt>
      </w:tr>
      <w:tr w:rsidR="00DB0015" w:rsidRPr="00F82E34" w14:paraId="09A91429" w14:textId="77777777">
        <w:trPr>
          <w:cantSplit/>
          <w:jc w:val="center"/>
        </w:trPr>
        <w:tc>
          <w:tcPr>
            <w:tcW w:w="4082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F50004A" w14:textId="662C23AA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E-mail osoby do kontaktu</w:t>
            </w:r>
          </w:p>
        </w:tc>
        <w:sdt>
          <w:sdtPr>
            <w:rPr>
              <w:rFonts w:ascii="Roboto" w:hAnsi="Roboto"/>
            </w:rPr>
            <w:id w:val="164700895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16" w:type="dxa"/>
                <w:tcMar>
                  <w:top w:w="90" w:type="dxa"/>
                  <w:left w:w="100" w:type="dxa"/>
                  <w:bottom w:w="90" w:type="dxa"/>
                  <w:right w:w="100" w:type="dxa"/>
                </w:tcMar>
              </w:tcPr>
              <w:p w14:paraId="3B280733" w14:textId="2EC4E39E" w:rsidR="00DB0015" w:rsidRPr="00F82E34" w:rsidRDefault="00F82E34">
                <w:pPr>
                  <w:rPr>
                    <w:rFonts w:ascii="Roboto" w:hAnsi="Roboto"/>
                  </w:rPr>
                </w:pPr>
                <w:r w:rsidRPr="00477B5F">
                  <w:rPr>
                    <w:rStyle w:val="Tekstzastpczy"/>
                    <w:lang w:val="en-US"/>
                  </w:rPr>
                  <w:t>Kliknij lub naciśnij tutaj, aby wprowadzić tekst.</w:t>
                </w:r>
              </w:p>
            </w:tc>
          </w:sdtContent>
        </w:sdt>
      </w:tr>
      <w:tr w:rsidR="00DB0015" w:rsidRPr="00F82E34" w14:paraId="1132F7A3" w14:textId="77777777">
        <w:trPr>
          <w:cantSplit/>
          <w:jc w:val="center"/>
        </w:trPr>
        <w:tc>
          <w:tcPr>
            <w:tcW w:w="4082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6771A33" w14:textId="1689A29B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Telefon osoby do kontaktu</w:t>
            </w:r>
          </w:p>
        </w:tc>
        <w:sdt>
          <w:sdtPr>
            <w:rPr>
              <w:rFonts w:ascii="Roboto" w:hAnsi="Roboto"/>
            </w:rPr>
            <w:id w:val="-166623550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216" w:type="dxa"/>
                <w:tcMar>
                  <w:top w:w="90" w:type="dxa"/>
                  <w:left w:w="100" w:type="dxa"/>
                  <w:bottom w:w="90" w:type="dxa"/>
                  <w:right w:w="100" w:type="dxa"/>
                </w:tcMar>
              </w:tcPr>
              <w:p w14:paraId="1234DDF0" w14:textId="33887A1B" w:rsidR="00DB0015" w:rsidRPr="00F82E34" w:rsidRDefault="00F82E34">
                <w:pPr>
                  <w:rPr>
                    <w:rFonts w:ascii="Roboto" w:hAnsi="Roboto"/>
                  </w:rPr>
                </w:pPr>
                <w:r w:rsidRPr="00477B5F">
                  <w:rPr>
                    <w:rStyle w:val="Tekstzastpczy"/>
                    <w:lang w:val="en-US"/>
                  </w:rPr>
                  <w:t>Kliknij lub naciśnij tutaj, aby wprowadzić tekst.</w:t>
                </w:r>
              </w:p>
            </w:tc>
          </w:sdtContent>
        </w:sdt>
      </w:tr>
    </w:tbl>
    <w:p w14:paraId="67244B8E" w14:textId="77777777" w:rsidR="00DB0015" w:rsidRPr="00F82E34" w:rsidRDefault="00273FC5">
      <w:pPr>
        <w:pStyle w:val="Nagwek1"/>
        <w:rPr>
          <w:rFonts w:ascii="Roboto" w:hAnsi="Roboto"/>
        </w:rPr>
      </w:pPr>
      <w:r w:rsidRPr="00F82E34">
        <w:rPr>
          <w:rFonts w:ascii="Roboto" w:hAnsi="Roboto"/>
        </w:rPr>
        <w:t>3. B. Kryteria formalne kwalifikowalności</w:t>
      </w:r>
    </w:p>
    <w:p w14:paraId="21CCB44F" w14:textId="057A5C66" w:rsidR="00DB0015" w:rsidRPr="00F82E34" w:rsidRDefault="00273FC5" w:rsidP="00DD79D0">
      <w:pPr>
        <w:pStyle w:val="Instrukcja"/>
        <w:rPr>
          <w:rFonts w:ascii="Roboto" w:hAnsi="Roboto"/>
          <w:i w:val="0"/>
          <w:iCs/>
          <w:color w:val="auto"/>
          <w:lang w:val="pl-PL"/>
        </w:rPr>
      </w:pPr>
      <w:r w:rsidRPr="00F82E34">
        <w:rPr>
          <w:rFonts w:ascii="Roboto" w:hAnsi="Roboto"/>
          <w:i w:val="0"/>
          <w:iCs/>
          <w:color w:val="auto"/>
          <w:lang w:val="pl-PL"/>
        </w:rPr>
        <w:t>Wszystkie obowiązkowe oświadczenia muszą być potwierdzone. Kryteria są weryfikowane na etapie oceny formalnej.</w:t>
      </w:r>
    </w:p>
    <w:p w14:paraId="452DFE49" w14:textId="77777777" w:rsidR="00DB0015" w:rsidRPr="00F82E34" w:rsidRDefault="00273FC5">
      <w:pPr>
        <w:pStyle w:val="Nagwek2"/>
        <w:rPr>
          <w:rFonts w:ascii="Roboto" w:hAnsi="Roboto"/>
        </w:rPr>
      </w:pPr>
      <w:r w:rsidRPr="00F82E34">
        <w:rPr>
          <w:rFonts w:ascii="Roboto" w:hAnsi="Roboto"/>
        </w:rPr>
        <w:lastRenderedPageBreak/>
        <w:t>Obszary działalności statutowej zgodne z EFS+</w:t>
      </w:r>
    </w:p>
    <w:p w14:paraId="10810A38" w14:textId="77777777" w:rsidR="00DB0015" w:rsidRPr="00F82E34" w:rsidRDefault="00273FC5">
      <w:pPr>
        <w:pStyle w:val="Instrukcja"/>
        <w:rPr>
          <w:rFonts w:ascii="Roboto" w:hAnsi="Roboto"/>
          <w:i w:val="0"/>
          <w:iCs/>
          <w:color w:val="auto"/>
          <w:lang w:val="pl-PL"/>
        </w:rPr>
      </w:pPr>
      <w:r w:rsidRPr="00F82E34">
        <w:rPr>
          <w:rFonts w:ascii="Roboto" w:hAnsi="Roboto"/>
          <w:i w:val="0"/>
          <w:iCs/>
          <w:color w:val="auto"/>
          <w:lang w:val="pl-PL"/>
        </w:rPr>
        <w:t>Zaznacz wszystkie właściwe obszary działalności statutowej organizacji.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77"/>
        <w:gridCol w:w="7139"/>
      </w:tblGrid>
      <w:tr w:rsidR="00DB0015" w:rsidRPr="00F82E34" w14:paraId="3ADCBCC5" w14:textId="77777777" w:rsidTr="00A927F7">
        <w:trPr>
          <w:tblHeader/>
          <w:jc w:val="center"/>
        </w:trPr>
        <w:tc>
          <w:tcPr>
            <w:tcW w:w="3177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171B5B3" w14:textId="2C6433D7" w:rsidR="00DB0015" w:rsidRPr="00F82E34" w:rsidRDefault="00EC16F2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  <w:b/>
              </w:rPr>
              <w:t>Nazwa pola</w:t>
            </w:r>
          </w:p>
        </w:tc>
        <w:tc>
          <w:tcPr>
            <w:tcW w:w="7139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2546613" w14:textId="77777777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  <w:b/>
              </w:rPr>
              <w:t>Odpowiedź</w:t>
            </w:r>
          </w:p>
        </w:tc>
      </w:tr>
      <w:tr w:rsidR="00DB0015" w:rsidRPr="00F82E34" w14:paraId="08DED491" w14:textId="77777777" w:rsidTr="00A927F7">
        <w:trPr>
          <w:cantSplit/>
          <w:jc w:val="center"/>
        </w:trPr>
        <w:tc>
          <w:tcPr>
            <w:tcW w:w="317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142B18D" w14:textId="5D2E59BB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Obszary działalności</w:t>
            </w:r>
            <w:r w:rsidR="00064B78" w:rsidRPr="00F82E34">
              <w:rPr>
                <w:rFonts w:ascii="Roboto" w:hAnsi="Roboto"/>
              </w:rPr>
              <w:t xml:space="preserve"> statutowej zgodne z EFS+</w:t>
            </w:r>
          </w:p>
        </w:tc>
        <w:tc>
          <w:tcPr>
            <w:tcW w:w="7139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17BBBB7" w14:textId="36E79B6B" w:rsidR="000B5F4F" w:rsidRPr="00F82E34" w:rsidRDefault="00273FC5" w:rsidP="000B5F4F">
            <w:pPr>
              <w:spacing w:after="0"/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Zaznacz właściwą odpowiedź:</w:t>
            </w:r>
            <w:r w:rsidRPr="00F82E34">
              <w:rPr>
                <w:rFonts w:ascii="Roboto" w:hAnsi="Roboto"/>
              </w:rPr>
              <w:br/>
            </w:r>
            <w:sdt>
              <w:sdtPr>
                <w:rPr>
                  <w:rFonts w:ascii="Roboto" w:hAnsi="Roboto" w:cs="Segoe UI Symbol"/>
                </w:rPr>
                <w:id w:val="1050039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08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>zatrudnienie i rynek pracy</w:t>
            </w:r>
          </w:p>
          <w:p w14:paraId="222B03BD" w14:textId="32D26975" w:rsidR="000B5F4F" w:rsidRPr="00F82E34" w:rsidRDefault="00B636EA" w:rsidP="000B5F4F">
            <w:pPr>
              <w:spacing w:after="0"/>
              <w:rPr>
                <w:rFonts w:ascii="Roboto" w:hAnsi="Roboto"/>
              </w:rPr>
            </w:pPr>
            <w:sdt>
              <w:sdtPr>
                <w:rPr>
                  <w:rFonts w:ascii="Roboto" w:hAnsi="Roboto"/>
                </w:rPr>
                <w:id w:val="-1002898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08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B5F4F" w:rsidRPr="00F82E34">
              <w:rPr>
                <w:rFonts w:ascii="Roboto" w:hAnsi="Roboto"/>
              </w:rPr>
              <w:t>w</w:t>
            </w:r>
            <w:r w:rsidR="000B5F4F" w:rsidRPr="00F82E34">
              <w:rPr>
                <w:rFonts w:ascii="Roboto" w:hAnsi="Roboto" w:cs="Roboto"/>
              </w:rPr>
              <w:t>łą</w:t>
            </w:r>
            <w:r w:rsidR="000B5F4F" w:rsidRPr="00F82E34">
              <w:rPr>
                <w:rFonts w:ascii="Roboto" w:hAnsi="Roboto"/>
              </w:rPr>
              <w:t>czenie spo</w:t>
            </w:r>
            <w:r w:rsidR="000B5F4F" w:rsidRPr="00F82E34">
              <w:rPr>
                <w:rFonts w:ascii="Roboto" w:hAnsi="Roboto" w:cs="Roboto"/>
              </w:rPr>
              <w:t>ł</w:t>
            </w:r>
            <w:r w:rsidR="000B5F4F" w:rsidRPr="00F82E34">
              <w:rPr>
                <w:rFonts w:ascii="Roboto" w:hAnsi="Roboto"/>
              </w:rPr>
              <w:t>eczne</w:t>
            </w:r>
          </w:p>
          <w:p w14:paraId="70446D0A" w14:textId="4862061C" w:rsidR="000B5F4F" w:rsidRPr="00F82E34" w:rsidRDefault="00B636EA" w:rsidP="000B5F4F">
            <w:pPr>
              <w:spacing w:after="0"/>
              <w:rPr>
                <w:rFonts w:ascii="Roboto" w:hAnsi="Roboto"/>
              </w:rPr>
            </w:pPr>
            <w:sdt>
              <w:sdtPr>
                <w:rPr>
                  <w:rFonts w:ascii="Roboto" w:hAnsi="Roboto"/>
                </w:rPr>
                <w:id w:val="-1417003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08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B5F4F" w:rsidRPr="00F82E34">
              <w:rPr>
                <w:rFonts w:ascii="Roboto" w:hAnsi="Roboto"/>
              </w:rPr>
              <w:t>edukacja</w:t>
            </w:r>
          </w:p>
          <w:p w14:paraId="36A23BD9" w14:textId="14529D5E" w:rsidR="00DB0015" w:rsidRPr="00F82E34" w:rsidRDefault="00B636EA" w:rsidP="000B5F4F">
            <w:pPr>
              <w:spacing w:after="0"/>
              <w:rPr>
                <w:rFonts w:ascii="Roboto" w:hAnsi="Roboto"/>
              </w:rPr>
            </w:pPr>
            <w:sdt>
              <w:sdtPr>
                <w:rPr>
                  <w:rFonts w:ascii="Roboto" w:hAnsi="Roboto"/>
                </w:rPr>
                <w:id w:val="1710918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08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B5F4F" w:rsidRPr="00F82E34">
              <w:rPr>
                <w:rFonts w:ascii="Roboto" w:hAnsi="Roboto"/>
              </w:rPr>
              <w:t>zdrowie</w:t>
            </w:r>
            <w:r w:rsidR="00C20D8B" w:rsidRPr="00F82E34">
              <w:rPr>
                <w:rFonts w:ascii="Roboto" w:hAnsi="Roboto"/>
              </w:rPr>
              <w:t xml:space="preserve"> (</w:t>
            </w:r>
            <w:r w:rsidR="00A927F7" w:rsidRPr="00F82E34">
              <w:rPr>
                <w:rFonts w:ascii="Roboto" w:hAnsi="Roboto"/>
              </w:rPr>
              <w:t>z wyłączeniem podmiotów świadczących całodobowe usługi zdrowotne)</w:t>
            </w:r>
          </w:p>
        </w:tc>
      </w:tr>
      <w:tr w:rsidR="00DB0015" w:rsidRPr="00F82E34" w14:paraId="5766729D" w14:textId="77777777" w:rsidTr="00A927F7">
        <w:trPr>
          <w:cantSplit/>
          <w:jc w:val="center"/>
        </w:trPr>
        <w:tc>
          <w:tcPr>
            <w:tcW w:w="317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78D8542" w14:textId="549AA60E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Podaj paragraf i ustęp statutu potwierdzające zaznaczone obszary</w:t>
            </w:r>
          </w:p>
        </w:tc>
        <w:sdt>
          <w:sdtPr>
            <w:rPr>
              <w:rFonts w:ascii="Roboto" w:hAnsi="Roboto"/>
            </w:rPr>
            <w:id w:val="-157396113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7139" w:type="dxa"/>
                <w:tcMar>
                  <w:top w:w="90" w:type="dxa"/>
                  <w:left w:w="100" w:type="dxa"/>
                  <w:bottom w:w="90" w:type="dxa"/>
                  <w:right w:w="100" w:type="dxa"/>
                </w:tcMar>
              </w:tcPr>
              <w:p w14:paraId="3B3E12DD" w14:textId="208E2A6A" w:rsidR="00DB0015" w:rsidRPr="00F82E34" w:rsidRDefault="009D1C8D">
                <w:pPr>
                  <w:rPr>
                    <w:rFonts w:ascii="Roboto" w:hAnsi="Roboto"/>
                  </w:rPr>
                </w:pPr>
                <w:r w:rsidRPr="00477B5F">
                  <w:rPr>
                    <w:rStyle w:val="Tekstzastpczy"/>
                    <w:lang w:val="en-US"/>
                  </w:rPr>
                  <w:t>Kliknij lub naciśnij tutaj, aby wprowadzić tekst.</w:t>
                </w:r>
              </w:p>
            </w:tc>
          </w:sdtContent>
        </w:sdt>
      </w:tr>
    </w:tbl>
    <w:p w14:paraId="2E52B8A2" w14:textId="77777777" w:rsidR="00DB0015" w:rsidRPr="00F82E34" w:rsidRDefault="00273FC5">
      <w:pPr>
        <w:pStyle w:val="Nagwek1"/>
        <w:rPr>
          <w:rFonts w:ascii="Roboto" w:hAnsi="Roboto"/>
        </w:rPr>
      </w:pPr>
      <w:r w:rsidRPr="00F82E34">
        <w:rPr>
          <w:rFonts w:ascii="Roboto" w:hAnsi="Roboto"/>
        </w:rPr>
        <w:t>4. C. Osoby delegowane przez organizację</w:t>
      </w:r>
    </w:p>
    <w:p w14:paraId="3681EC41" w14:textId="77777777" w:rsidR="00DB0015" w:rsidRPr="00F82E34" w:rsidRDefault="00273FC5">
      <w:pPr>
        <w:pStyle w:val="Instrukcja"/>
        <w:rPr>
          <w:rFonts w:ascii="Roboto" w:hAnsi="Roboto"/>
          <w:i w:val="0"/>
          <w:iCs/>
          <w:color w:val="auto"/>
          <w:lang w:val="pl-PL"/>
        </w:rPr>
      </w:pPr>
      <w:r w:rsidRPr="00F82E34">
        <w:rPr>
          <w:rFonts w:ascii="Roboto" w:hAnsi="Roboto"/>
          <w:i w:val="0"/>
          <w:iCs/>
          <w:color w:val="auto"/>
          <w:lang w:val="pl-PL"/>
        </w:rPr>
        <w:t>Osoby delegowane będą uczestniczyć w projekcie oraz w działaniach wynikających z Indywidualnego Planu Rozwoju (IPR) organizacji. Rekomendowane jest delegowanie co najmniej 3 osób. W razie potrzeby skopiuj tabelę dla kolejnych osób.</w:t>
      </w:r>
    </w:p>
    <w:p w14:paraId="31514571" w14:textId="77777777" w:rsidR="00DB0015" w:rsidRPr="00F82E34" w:rsidRDefault="00273FC5">
      <w:pPr>
        <w:pStyle w:val="Nagwek2"/>
        <w:rPr>
          <w:rFonts w:ascii="Roboto" w:hAnsi="Roboto"/>
        </w:rPr>
      </w:pPr>
      <w:r w:rsidRPr="00F82E34">
        <w:rPr>
          <w:rFonts w:ascii="Roboto" w:hAnsi="Roboto"/>
        </w:rPr>
        <w:t>Osoba delegowana nr 1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886"/>
        <w:gridCol w:w="6430"/>
      </w:tblGrid>
      <w:tr w:rsidR="00DB0015" w:rsidRPr="00F82E34" w14:paraId="25D3E6F3" w14:textId="77777777" w:rsidTr="00DD272A">
        <w:trPr>
          <w:tblHeader/>
          <w:jc w:val="center"/>
        </w:trPr>
        <w:tc>
          <w:tcPr>
            <w:tcW w:w="3886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5E1D300" w14:textId="093BD230" w:rsidR="00DB0015" w:rsidRPr="00F82E34" w:rsidRDefault="00EC16F2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  <w:b/>
              </w:rPr>
              <w:t>Nazwa pola</w:t>
            </w:r>
          </w:p>
        </w:tc>
        <w:tc>
          <w:tcPr>
            <w:tcW w:w="6430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3685D67" w14:textId="77777777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  <w:b/>
              </w:rPr>
              <w:t>Odpowiedź</w:t>
            </w:r>
          </w:p>
        </w:tc>
      </w:tr>
      <w:tr w:rsidR="00DB0015" w:rsidRPr="00F82E34" w14:paraId="73AE11B0" w14:textId="77777777" w:rsidTr="00DD272A">
        <w:trPr>
          <w:cantSplit/>
          <w:jc w:val="center"/>
        </w:trPr>
        <w:tc>
          <w:tcPr>
            <w:tcW w:w="3886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D4FCA66" w14:textId="6125F3BF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Imię</w:t>
            </w:r>
          </w:p>
        </w:tc>
        <w:sdt>
          <w:sdtPr>
            <w:rPr>
              <w:rFonts w:ascii="Roboto" w:hAnsi="Roboto"/>
            </w:rPr>
            <w:id w:val="-89420279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430" w:type="dxa"/>
                <w:tcMar>
                  <w:top w:w="90" w:type="dxa"/>
                  <w:left w:w="100" w:type="dxa"/>
                  <w:bottom w:w="90" w:type="dxa"/>
                  <w:right w:w="100" w:type="dxa"/>
                </w:tcMar>
              </w:tcPr>
              <w:p w14:paraId="091487E5" w14:textId="2BC5CF8D" w:rsidR="00DB0015" w:rsidRPr="00F82E34" w:rsidRDefault="009D1C8D">
                <w:pPr>
                  <w:rPr>
                    <w:rFonts w:ascii="Roboto" w:hAnsi="Roboto"/>
                  </w:rPr>
                </w:pPr>
                <w:r w:rsidRPr="00477B5F">
                  <w:rPr>
                    <w:rStyle w:val="Tekstzastpczy"/>
                    <w:lang w:val="en-US"/>
                  </w:rPr>
                  <w:t>Kliknij lub naciśnij tutaj, aby wprowadzić tekst.</w:t>
                </w:r>
              </w:p>
            </w:tc>
          </w:sdtContent>
        </w:sdt>
      </w:tr>
      <w:tr w:rsidR="00DB0015" w:rsidRPr="00F82E34" w14:paraId="5BD1775C" w14:textId="77777777" w:rsidTr="00DD272A">
        <w:trPr>
          <w:cantSplit/>
          <w:jc w:val="center"/>
        </w:trPr>
        <w:tc>
          <w:tcPr>
            <w:tcW w:w="3886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7E9814C" w14:textId="4DFFCD4F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Nazwisko</w:t>
            </w:r>
          </w:p>
        </w:tc>
        <w:sdt>
          <w:sdtPr>
            <w:rPr>
              <w:rFonts w:ascii="Roboto" w:hAnsi="Roboto"/>
            </w:rPr>
            <w:id w:val="148195661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430" w:type="dxa"/>
                <w:tcMar>
                  <w:top w:w="90" w:type="dxa"/>
                  <w:left w:w="100" w:type="dxa"/>
                  <w:bottom w:w="90" w:type="dxa"/>
                  <w:right w:w="100" w:type="dxa"/>
                </w:tcMar>
              </w:tcPr>
              <w:p w14:paraId="54124442" w14:textId="33E7A9B0" w:rsidR="00DB0015" w:rsidRPr="00F82E34" w:rsidRDefault="009D1C8D">
                <w:pPr>
                  <w:rPr>
                    <w:rFonts w:ascii="Roboto" w:hAnsi="Roboto"/>
                  </w:rPr>
                </w:pPr>
                <w:r w:rsidRPr="00477B5F">
                  <w:rPr>
                    <w:rStyle w:val="Tekstzastpczy"/>
                    <w:lang w:val="en-US"/>
                  </w:rPr>
                  <w:t>Kliknij lub naciśnij tutaj, aby wprowadzić tekst.</w:t>
                </w:r>
              </w:p>
            </w:tc>
          </w:sdtContent>
        </w:sdt>
      </w:tr>
      <w:tr w:rsidR="00DB0015" w:rsidRPr="00F82E34" w14:paraId="5181EBB0" w14:textId="77777777" w:rsidTr="00DD272A">
        <w:trPr>
          <w:cantSplit/>
          <w:jc w:val="center"/>
        </w:trPr>
        <w:tc>
          <w:tcPr>
            <w:tcW w:w="3886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DDCE708" w14:textId="2A502EF3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E-mail</w:t>
            </w:r>
          </w:p>
        </w:tc>
        <w:sdt>
          <w:sdtPr>
            <w:rPr>
              <w:rFonts w:ascii="Roboto" w:hAnsi="Roboto"/>
            </w:rPr>
            <w:id w:val="44557853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430" w:type="dxa"/>
                <w:tcMar>
                  <w:top w:w="90" w:type="dxa"/>
                  <w:left w:w="100" w:type="dxa"/>
                  <w:bottom w:w="90" w:type="dxa"/>
                  <w:right w:w="100" w:type="dxa"/>
                </w:tcMar>
              </w:tcPr>
              <w:p w14:paraId="6E97D2E1" w14:textId="0F6B384B" w:rsidR="00DB0015" w:rsidRPr="00F82E34" w:rsidRDefault="009D1C8D">
                <w:pPr>
                  <w:rPr>
                    <w:rFonts w:ascii="Roboto" w:hAnsi="Roboto"/>
                  </w:rPr>
                </w:pPr>
                <w:r w:rsidRPr="00477B5F">
                  <w:rPr>
                    <w:rStyle w:val="Tekstzastpczy"/>
                    <w:lang w:val="en-US"/>
                  </w:rPr>
                  <w:t>Kliknij lub naciśnij tutaj, aby wprowadzić tekst.</w:t>
                </w:r>
              </w:p>
            </w:tc>
          </w:sdtContent>
        </w:sdt>
      </w:tr>
      <w:tr w:rsidR="00DB0015" w:rsidRPr="00F82E34" w14:paraId="6DE254DE" w14:textId="77777777" w:rsidTr="003B0FA8">
        <w:trPr>
          <w:cantSplit/>
          <w:trHeight w:val="188"/>
          <w:jc w:val="center"/>
        </w:trPr>
        <w:tc>
          <w:tcPr>
            <w:tcW w:w="3886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03B92C9" w14:textId="77777777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Telefon</w:t>
            </w:r>
          </w:p>
        </w:tc>
        <w:sdt>
          <w:sdtPr>
            <w:rPr>
              <w:rFonts w:ascii="Roboto" w:hAnsi="Roboto"/>
            </w:rPr>
            <w:id w:val="-163795319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430" w:type="dxa"/>
                <w:tcMar>
                  <w:top w:w="90" w:type="dxa"/>
                  <w:left w:w="100" w:type="dxa"/>
                  <w:bottom w:w="90" w:type="dxa"/>
                  <w:right w:w="100" w:type="dxa"/>
                </w:tcMar>
              </w:tcPr>
              <w:p w14:paraId="087AE651" w14:textId="29FCC197" w:rsidR="00DB0015" w:rsidRPr="00F82E34" w:rsidRDefault="009D1C8D">
                <w:pPr>
                  <w:rPr>
                    <w:rFonts w:ascii="Roboto" w:hAnsi="Roboto"/>
                  </w:rPr>
                </w:pPr>
                <w:r w:rsidRPr="00477B5F">
                  <w:rPr>
                    <w:rStyle w:val="Tekstzastpczy"/>
                    <w:lang w:val="en-US"/>
                  </w:rPr>
                  <w:t>Kliknij lub naciśnij tutaj, aby wprowadzić tekst.</w:t>
                </w:r>
              </w:p>
            </w:tc>
          </w:sdtContent>
        </w:sdt>
      </w:tr>
      <w:tr w:rsidR="00DB0015" w:rsidRPr="00F82E34" w14:paraId="3E12EA48" w14:textId="77777777" w:rsidTr="00DD272A">
        <w:trPr>
          <w:cantSplit/>
          <w:jc w:val="center"/>
        </w:trPr>
        <w:tc>
          <w:tcPr>
            <w:tcW w:w="3886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EDEADA5" w14:textId="3B4EEBB9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Rola / funkcja w organizacji</w:t>
            </w:r>
          </w:p>
        </w:tc>
        <w:sdt>
          <w:sdtPr>
            <w:rPr>
              <w:rFonts w:ascii="Roboto" w:hAnsi="Roboto"/>
            </w:rPr>
            <w:id w:val="-94499353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430" w:type="dxa"/>
                <w:tcMar>
                  <w:top w:w="90" w:type="dxa"/>
                  <w:left w:w="100" w:type="dxa"/>
                  <w:bottom w:w="90" w:type="dxa"/>
                  <w:right w:w="100" w:type="dxa"/>
                </w:tcMar>
              </w:tcPr>
              <w:p w14:paraId="5FB857F3" w14:textId="3C9416C8" w:rsidR="00DB0015" w:rsidRPr="00F82E34" w:rsidRDefault="009D1C8D">
                <w:pPr>
                  <w:rPr>
                    <w:rFonts w:ascii="Roboto" w:hAnsi="Roboto"/>
                  </w:rPr>
                </w:pPr>
                <w:r w:rsidRPr="00477B5F">
                  <w:rPr>
                    <w:rStyle w:val="Tekstzastpczy"/>
                    <w:lang w:val="en-US"/>
                  </w:rPr>
                  <w:t>Kliknij lub naciśnij tutaj, aby wprowadzić tekst.</w:t>
                </w:r>
              </w:p>
            </w:tc>
          </w:sdtContent>
        </w:sdt>
      </w:tr>
      <w:tr w:rsidR="00DB0015" w:rsidRPr="00F82E34" w14:paraId="03FFB58D" w14:textId="77777777" w:rsidTr="00DD272A">
        <w:trPr>
          <w:cantSplit/>
          <w:jc w:val="center"/>
        </w:trPr>
        <w:tc>
          <w:tcPr>
            <w:tcW w:w="3886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6B2A04C" w14:textId="275010D4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Podstawa delegowania</w:t>
            </w:r>
          </w:p>
        </w:tc>
        <w:tc>
          <w:tcPr>
            <w:tcW w:w="643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DBC8323" w14:textId="435D9133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Zaznacz właściwą odpowiedź:</w:t>
            </w:r>
            <w:r w:rsidRPr="00F82E34">
              <w:rPr>
                <w:rFonts w:ascii="Roboto" w:hAnsi="Roboto"/>
              </w:rPr>
              <w:br/>
            </w:r>
            <w:sdt>
              <w:sdtPr>
                <w:rPr>
                  <w:rFonts w:ascii="Roboto" w:hAnsi="Roboto" w:cs="Segoe UI Symbol"/>
                </w:rPr>
                <w:id w:val="16815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08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>cz</w:t>
            </w:r>
            <w:r w:rsidRPr="00F82E34">
              <w:rPr>
                <w:rFonts w:ascii="Roboto" w:hAnsi="Roboto" w:cs="Roboto"/>
              </w:rPr>
              <w:t>ł</w:t>
            </w:r>
            <w:r w:rsidRPr="00F82E34">
              <w:rPr>
                <w:rFonts w:ascii="Roboto" w:hAnsi="Roboto"/>
              </w:rPr>
              <w:t>onek/cz</w:t>
            </w:r>
            <w:r w:rsidRPr="00F82E34">
              <w:rPr>
                <w:rFonts w:ascii="Roboto" w:hAnsi="Roboto" w:cs="Roboto"/>
              </w:rPr>
              <w:t>ł</w:t>
            </w:r>
            <w:r w:rsidRPr="00F82E34">
              <w:rPr>
                <w:rFonts w:ascii="Roboto" w:hAnsi="Roboto"/>
              </w:rPr>
              <w:t>onkini stowarzyszenia</w:t>
            </w:r>
            <w:r w:rsidR="00DD272A" w:rsidRPr="00F82E34">
              <w:rPr>
                <w:rFonts w:ascii="Roboto" w:hAnsi="Roboto"/>
              </w:rPr>
              <w:br/>
            </w:r>
            <w:sdt>
              <w:sdtPr>
                <w:rPr>
                  <w:rFonts w:ascii="Roboto" w:hAnsi="Roboto" w:cs="Segoe UI Symbol"/>
                </w:rPr>
                <w:id w:val="1336738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08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>cz</w:t>
            </w:r>
            <w:r w:rsidRPr="00F82E34">
              <w:rPr>
                <w:rFonts w:ascii="Roboto" w:hAnsi="Roboto" w:cs="Roboto"/>
              </w:rPr>
              <w:t>ł</w:t>
            </w:r>
            <w:r w:rsidRPr="00F82E34">
              <w:rPr>
                <w:rFonts w:ascii="Roboto" w:hAnsi="Roboto"/>
              </w:rPr>
              <w:t>onek/cz</w:t>
            </w:r>
            <w:r w:rsidRPr="00F82E34">
              <w:rPr>
                <w:rFonts w:ascii="Roboto" w:hAnsi="Roboto" w:cs="Roboto"/>
              </w:rPr>
              <w:t>ł</w:t>
            </w:r>
            <w:r w:rsidRPr="00F82E34">
              <w:rPr>
                <w:rFonts w:ascii="Roboto" w:hAnsi="Roboto"/>
              </w:rPr>
              <w:t>onkini organu (np. zarz</w:t>
            </w:r>
            <w:r w:rsidRPr="00F82E34">
              <w:rPr>
                <w:rFonts w:ascii="Roboto" w:hAnsi="Roboto" w:cs="Roboto"/>
              </w:rPr>
              <w:t>ą</w:t>
            </w:r>
            <w:r w:rsidRPr="00F82E34">
              <w:rPr>
                <w:rFonts w:ascii="Roboto" w:hAnsi="Roboto"/>
              </w:rPr>
              <w:t>du, komisji rewizyjnej, rady fundacji)</w:t>
            </w:r>
            <w:r w:rsidR="00DD272A" w:rsidRPr="00F82E34">
              <w:rPr>
                <w:rFonts w:ascii="Roboto" w:hAnsi="Roboto"/>
              </w:rPr>
              <w:br/>
            </w:r>
            <w:sdt>
              <w:sdtPr>
                <w:rPr>
                  <w:rFonts w:ascii="Roboto" w:hAnsi="Roboto" w:cs="Segoe UI Symbol"/>
                </w:rPr>
                <w:id w:val="-11230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FE7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>umowa o prac</w:t>
            </w:r>
            <w:r w:rsidRPr="00F82E34">
              <w:rPr>
                <w:rFonts w:ascii="Roboto" w:hAnsi="Roboto" w:cs="Roboto"/>
              </w:rPr>
              <w:t>ę</w:t>
            </w:r>
            <w:r w:rsidR="00A927F7" w:rsidRPr="00F82E34">
              <w:rPr>
                <w:rFonts w:ascii="Roboto" w:hAnsi="Roboto"/>
              </w:rPr>
              <w:br/>
            </w:r>
            <w:sdt>
              <w:sdtPr>
                <w:rPr>
                  <w:rFonts w:ascii="Roboto" w:hAnsi="Roboto" w:cs="Segoe UI Symbol"/>
                </w:rPr>
                <w:id w:val="-525178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3B96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>u</w:t>
            </w:r>
            <w:r w:rsidR="00623B96" w:rsidRPr="00F82E34">
              <w:rPr>
                <w:rFonts w:ascii="Roboto" w:hAnsi="Roboto"/>
              </w:rPr>
              <w:t xml:space="preserve"> </w:t>
            </w:r>
            <w:r w:rsidRPr="00F82E34">
              <w:rPr>
                <w:rFonts w:ascii="Roboto" w:hAnsi="Roboto"/>
              </w:rPr>
              <w:t xml:space="preserve">mowa cywilnoprawna </w:t>
            </w:r>
            <w:r w:rsidR="00E16ADF" w:rsidRPr="00F82E34">
              <w:rPr>
                <w:rFonts w:ascii="Roboto" w:hAnsi="Roboto"/>
              </w:rPr>
              <w:t>(w tym umowa wolontariacka)</w:t>
            </w:r>
          </w:p>
        </w:tc>
      </w:tr>
      <w:tr w:rsidR="00DB0015" w:rsidRPr="00F82E34" w14:paraId="0D35A999" w14:textId="77777777" w:rsidTr="00DD272A">
        <w:trPr>
          <w:cantSplit/>
          <w:jc w:val="center"/>
        </w:trPr>
        <w:tc>
          <w:tcPr>
            <w:tcW w:w="3886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3E4A1EA" w14:textId="7F73080B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Czy osoba jest członkiem/członkinią zarządu organizacji?</w:t>
            </w:r>
          </w:p>
        </w:tc>
        <w:tc>
          <w:tcPr>
            <w:tcW w:w="643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524509E" w14:textId="4782D4F4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Zaznacz właściwą odpowiedź:</w:t>
            </w:r>
            <w:r w:rsidR="00B20FE7" w:rsidRPr="00F82E34">
              <w:rPr>
                <w:rFonts w:ascii="Roboto" w:hAnsi="Roboto"/>
              </w:rPr>
              <w:t xml:space="preserve"> </w:t>
            </w:r>
            <w:sdt>
              <w:sdtPr>
                <w:rPr>
                  <w:rFonts w:ascii="Roboto" w:hAnsi="Roboto"/>
                </w:rPr>
                <w:id w:val="1349753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4F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 xml:space="preserve"> TAK</w:t>
            </w:r>
            <w:r w:rsidR="00B20FE7" w:rsidRPr="00F82E34">
              <w:rPr>
                <w:rFonts w:ascii="Roboto" w:hAnsi="Roboto"/>
              </w:rPr>
              <w:t xml:space="preserve"> </w:t>
            </w:r>
            <w:sdt>
              <w:sdtPr>
                <w:rPr>
                  <w:rFonts w:ascii="Roboto" w:hAnsi="Roboto"/>
                </w:rPr>
                <w:id w:val="1107154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08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 xml:space="preserve"> NIE</w:t>
            </w:r>
          </w:p>
        </w:tc>
      </w:tr>
      <w:tr w:rsidR="00DB0015" w:rsidRPr="00F82E34" w14:paraId="21B09979" w14:textId="77777777" w:rsidTr="00DD272A">
        <w:trPr>
          <w:cantSplit/>
          <w:jc w:val="center"/>
        </w:trPr>
        <w:tc>
          <w:tcPr>
            <w:tcW w:w="3886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EB81125" w14:textId="118C148E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Czy osoba współpracuje z organizacją powyżej 3 lat?</w:t>
            </w:r>
          </w:p>
        </w:tc>
        <w:tc>
          <w:tcPr>
            <w:tcW w:w="643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676ABFB" w14:textId="0FDB72A7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 xml:space="preserve">Zaznacz właściwą odpowiedź: </w:t>
            </w:r>
            <w:sdt>
              <w:sdtPr>
                <w:rPr>
                  <w:rFonts w:ascii="Roboto" w:hAnsi="Roboto"/>
                </w:rPr>
                <w:id w:val="-1900658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FE7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 xml:space="preserve"> TAK </w:t>
            </w:r>
            <w:sdt>
              <w:sdtPr>
                <w:rPr>
                  <w:rFonts w:ascii="Roboto" w:hAnsi="Roboto"/>
                </w:rPr>
                <w:id w:val="758651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4F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 xml:space="preserve"> NIE</w:t>
            </w:r>
          </w:p>
        </w:tc>
      </w:tr>
      <w:tr w:rsidR="00DB0015" w:rsidRPr="00F82E34" w14:paraId="7A7D430B" w14:textId="77777777" w:rsidTr="00DD272A">
        <w:trPr>
          <w:cantSplit/>
          <w:jc w:val="center"/>
        </w:trPr>
        <w:tc>
          <w:tcPr>
            <w:tcW w:w="3886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EFC6FE8" w14:textId="1FAE1762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lastRenderedPageBreak/>
              <w:t>Deklaracja udziału</w:t>
            </w:r>
          </w:p>
        </w:tc>
        <w:tc>
          <w:tcPr>
            <w:tcW w:w="643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55DCC8F" w14:textId="1143C2B6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Osoba delegowana deklaruje udział w projekcie oraz w działaniach wynikających z IPR organizacji.</w:t>
            </w:r>
            <w:r w:rsidRPr="00F82E34">
              <w:rPr>
                <w:rFonts w:ascii="Roboto" w:hAnsi="Roboto"/>
              </w:rPr>
              <w:br/>
              <w:t>Zaznacz:</w:t>
            </w:r>
            <w:r w:rsidR="00B20FE7" w:rsidRPr="00F82E34">
              <w:rPr>
                <w:rFonts w:ascii="Roboto" w:hAnsi="Roboto"/>
              </w:rPr>
              <w:t xml:space="preserve"> </w:t>
            </w:r>
            <w:sdt>
              <w:sdtPr>
                <w:rPr>
                  <w:rFonts w:ascii="Roboto" w:hAnsi="Roboto"/>
                </w:rPr>
                <w:id w:val="-730228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4F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 xml:space="preserve"> TAK </w:t>
            </w:r>
            <w:sdt>
              <w:sdtPr>
                <w:rPr>
                  <w:rFonts w:ascii="Roboto" w:hAnsi="Roboto"/>
                </w:rPr>
                <w:id w:val="467633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4F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 xml:space="preserve"> NIE</w:t>
            </w:r>
          </w:p>
        </w:tc>
      </w:tr>
    </w:tbl>
    <w:p w14:paraId="3C774655" w14:textId="77777777" w:rsidR="00DB0015" w:rsidRPr="00F82E34" w:rsidRDefault="00273FC5">
      <w:pPr>
        <w:pStyle w:val="Nagwek2"/>
        <w:rPr>
          <w:rFonts w:ascii="Roboto" w:hAnsi="Roboto"/>
        </w:rPr>
      </w:pPr>
      <w:r w:rsidRPr="00F82E34">
        <w:rPr>
          <w:rFonts w:ascii="Roboto" w:hAnsi="Roboto"/>
        </w:rPr>
        <w:t>Osoba delegowana nr 2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886"/>
        <w:gridCol w:w="6430"/>
      </w:tblGrid>
      <w:tr w:rsidR="00EC4ADF" w:rsidRPr="00F82E34" w14:paraId="0BD376D2" w14:textId="77777777" w:rsidTr="006D5267">
        <w:trPr>
          <w:tblHeader/>
          <w:jc w:val="center"/>
        </w:trPr>
        <w:tc>
          <w:tcPr>
            <w:tcW w:w="3886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675B6B8" w14:textId="7F7F9EF1" w:rsidR="00EC4ADF" w:rsidRPr="00F82E34" w:rsidRDefault="00EC16F2" w:rsidP="006D5267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  <w:b/>
              </w:rPr>
              <w:t>Nazwa pola</w:t>
            </w:r>
          </w:p>
        </w:tc>
        <w:tc>
          <w:tcPr>
            <w:tcW w:w="6430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CEF8522" w14:textId="77777777" w:rsidR="00EC4ADF" w:rsidRPr="00F82E34" w:rsidRDefault="00EC4ADF" w:rsidP="006D5267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  <w:b/>
              </w:rPr>
              <w:t>Odpowiedź</w:t>
            </w:r>
          </w:p>
        </w:tc>
      </w:tr>
      <w:tr w:rsidR="00EC4ADF" w:rsidRPr="00F82E34" w14:paraId="2B92AF44" w14:textId="77777777" w:rsidTr="006D5267">
        <w:trPr>
          <w:cantSplit/>
          <w:jc w:val="center"/>
        </w:trPr>
        <w:tc>
          <w:tcPr>
            <w:tcW w:w="3886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A82075E" w14:textId="16BB7BC8" w:rsidR="00EC4ADF" w:rsidRPr="00F82E34" w:rsidRDefault="00EC4ADF" w:rsidP="006D5267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Imię</w:t>
            </w:r>
          </w:p>
        </w:tc>
        <w:sdt>
          <w:sdtPr>
            <w:rPr>
              <w:rFonts w:ascii="Roboto" w:hAnsi="Roboto"/>
            </w:rPr>
            <w:id w:val="-122698493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430" w:type="dxa"/>
                <w:tcMar>
                  <w:top w:w="90" w:type="dxa"/>
                  <w:left w:w="100" w:type="dxa"/>
                  <w:bottom w:w="90" w:type="dxa"/>
                  <w:right w:w="100" w:type="dxa"/>
                </w:tcMar>
              </w:tcPr>
              <w:p w14:paraId="79617A03" w14:textId="4E3C6C5C" w:rsidR="00EC4ADF" w:rsidRPr="00F82E34" w:rsidRDefault="00EF4008" w:rsidP="006D5267">
                <w:pPr>
                  <w:rPr>
                    <w:rFonts w:ascii="Roboto" w:hAnsi="Roboto"/>
                  </w:rPr>
                </w:pPr>
                <w:r w:rsidRPr="00F82E34">
                  <w:rPr>
                    <w:rStyle w:val="Tekstzastpczy"/>
                    <w:rFonts w:ascii="Roboto" w:hAnsi="Roboto"/>
                  </w:rPr>
                  <w:t>Kliknij lub naciśnij tutaj, aby wprowadzić tekst.</w:t>
                </w:r>
              </w:p>
            </w:tc>
          </w:sdtContent>
        </w:sdt>
      </w:tr>
      <w:tr w:rsidR="00EC4ADF" w:rsidRPr="00F82E34" w14:paraId="1FA0FC58" w14:textId="77777777" w:rsidTr="006D5267">
        <w:trPr>
          <w:cantSplit/>
          <w:jc w:val="center"/>
        </w:trPr>
        <w:tc>
          <w:tcPr>
            <w:tcW w:w="3886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55A8604" w14:textId="59955C92" w:rsidR="00EC4ADF" w:rsidRPr="00F82E34" w:rsidRDefault="00EC4ADF" w:rsidP="006D5267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Nazwisko</w:t>
            </w:r>
          </w:p>
        </w:tc>
        <w:sdt>
          <w:sdtPr>
            <w:rPr>
              <w:rFonts w:ascii="Roboto" w:hAnsi="Roboto"/>
            </w:rPr>
            <w:id w:val="113675914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430" w:type="dxa"/>
                <w:tcMar>
                  <w:top w:w="90" w:type="dxa"/>
                  <w:left w:w="100" w:type="dxa"/>
                  <w:bottom w:w="90" w:type="dxa"/>
                  <w:right w:w="100" w:type="dxa"/>
                </w:tcMar>
              </w:tcPr>
              <w:p w14:paraId="6CD417C6" w14:textId="5274F3F2" w:rsidR="00EC4ADF" w:rsidRPr="00F82E34" w:rsidRDefault="00EF4008" w:rsidP="006D5267">
                <w:pPr>
                  <w:rPr>
                    <w:rFonts w:ascii="Roboto" w:hAnsi="Roboto"/>
                  </w:rPr>
                </w:pPr>
                <w:r w:rsidRPr="00F82E34">
                  <w:rPr>
                    <w:rStyle w:val="Tekstzastpczy"/>
                    <w:rFonts w:ascii="Roboto" w:hAnsi="Roboto"/>
                  </w:rPr>
                  <w:t>Kliknij lub naciśnij tutaj, aby wprowadzić tekst.</w:t>
                </w:r>
              </w:p>
            </w:tc>
          </w:sdtContent>
        </w:sdt>
      </w:tr>
      <w:tr w:rsidR="00EC4ADF" w:rsidRPr="00F82E34" w14:paraId="4E443C1B" w14:textId="77777777" w:rsidTr="006D5267">
        <w:trPr>
          <w:cantSplit/>
          <w:jc w:val="center"/>
        </w:trPr>
        <w:tc>
          <w:tcPr>
            <w:tcW w:w="3886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DFD87B8" w14:textId="5FA47FDF" w:rsidR="00EC4ADF" w:rsidRPr="00F82E34" w:rsidRDefault="00EC4ADF" w:rsidP="006D5267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E-mail</w:t>
            </w:r>
          </w:p>
        </w:tc>
        <w:sdt>
          <w:sdtPr>
            <w:rPr>
              <w:rFonts w:ascii="Roboto" w:hAnsi="Roboto"/>
            </w:rPr>
            <w:id w:val="41536238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430" w:type="dxa"/>
                <w:tcMar>
                  <w:top w:w="90" w:type="dxa"/>
                  <w:left w:w="100" w:type="dxa"/>
                  <w:bottom w:w="90" w:type="dxa"/>
                  <w:right w:w="100" w:type="dxa"/>
                </w:tcMar>
              </w:tcPr>
              <w:p w14:paraId="024C9030" w14:textId="7F5F466E" w:rsidR="00EC4ADF" w:rsidRPr="00F82E34" w:rsidRDefault="00EF4008" w:rsidP="006D5267">
                <w:pPr>
                  <w:rPr>
                    <w:rFonts w:ascii="Roboto" w:hAnsi="Roboto"/>
                  </w:rPr>
                </w:pPr>
                <w:r w:rsidRPr="00F82E34">
                  <w:rPr>
                    <w:rStyle w:val="Tekstzastpczy"/>
                    <w:rFonts w:ascii="Roboto" w:hAnsi="Roboto"/>
                  </w:rPr>
                  <w:t>Kliknij lub naciśnij tutaj, aby wprowadzić tekst.</w:t>
                </w:r>
              </w:p>
            </w:tc>
          </w:sdtContent>
        </w:sdt>
      </w:tr>
      <w:tr w:rsidR="00EC4ADF" w:rsidRPr="00F82E34" w14:paraId="7BC79FEE" w14:textId="77777777" w:rsidTr="006D5267">
        <w:trPr>
          <w:cantSplit/>
          <w:jc w:val="center"/>
        </w:trPr>
        <w:tc>
          <w:tcPr>
            <w:tcW w:w="3886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AC2BA45" w14:textId="27EA6642" w:rsidR="00EC4ADF" w:rsidRPr="00F82E34" w:rsidRDefault="00EC4ADF" w:rsidP="006D5267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Telefon</w:t>
            </w:r>
            <w:r w:rsidR="00D5196E">
              <w:rPr>
                <w:rFonts w:ascii="Roboto" w:hAnsi="Roboto"/>
              </w:rPr>
              <w:t xml:space="preserve"> (fakultatywnie)</w:t>
            </w:r>
          </w:p>
        </w:tc>
        <w:sdt>
          <w:sdtPr>
            <w:rPr>
              <w:rFonts w:ascii="Roboto" w:hAnsi="Roboto"/>
            </w:rPr>
            <w:id w:val="-36513451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430" w:type="dxa"/>
                <w:tcMar>
                  <w:top w:w="90" w:type="dxa"/>
                  <w:left w:w="100" w:type="dxa"/>
                  <w:bottom w:w="90" w:type="dxa"/>
                  <w:right w:w="100" w:type="dxa"/>
                </w:tcMar>
              </w:tcPr>
              <w:p w14:paraId="0B70A71C" w14:textId="6E9DB5DC" w:rsidR="00EC4ADF" w:rsidRPr="00F82E34" w:rsidRDefault="00EF4008" w:rsidP="006D5267">
                <w:pPr>
                  <w:rPr>
                    <w:rFonts w:ascii="Roboto" w:hAnsi="Roboto"/>
                  </w:rPr>
                </w:pPr>
                <w:r w:rsidRPr="00F82E34">
                  <w:rPr>
                    <w:rStyle w:val="Tekstzastpczy"/>
                    <w:rFonts w:ascii="Roboto" w:hAnsi="Roboto"/>
                  </w:rPr>
                  <w:t>Kliknij lub naciśnij tutaj, aby wprowadzić tekst.</w:t>
                </w:r>
              </w:p>
            </w:tc>
          </w:sdtContent>
        </w:sdt>
      </w:tr>
      <w:tr w:rsidR="00EC4ADF" w:rsidRPr="00F82E34" w14:paraId="4BBC67F3" w14:textId="77777777" w:rsidTr="006D5267">
        <w:trPr>
          <w:cantSplit/>
          <w:jc w:val="center"/>
        </w:trPr>
        <w:tc>
          <w:tcPr>
            <w:tcW w:w="3886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44F6798" w14:textId="2682CAE6" w:rsidR="00EC4ADF" w:rsidRPr="00F82E34" w:rsidRDefault="00EC4ADF" w:rsidP="006D5267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Rola / funkcja w organizacji</w:t>
            </w:r>
          </w:p>
        </w:tc>
        <w:sdt>
          <w:sdtPr>
            <w:rPr>
              <w:rFonts w:ascii="Roboto" w:hAnsi="Roboto"/>
            </w:rPr>
            <w:id w:val="56585336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430" w:type="dxa"/>
                <w:tcMar>
                  <w:top w:w="90" w:type="dxa"/>
                  <w:left w:w="100" w:type="dxa"/>
                  <w:bottom w:w="90" w:type="dxa"/>
                  <w:right w:w="100" w:type="dxa"/>
                </w:tcMar>
              </w:tcPr>
              <w:p w14:paraId="65460F0E" w14:textId="506E29BF" w:rsidR="00EC4ADF" w:rsidRPr="00F82E34" w:rsidRDefault="009D1C8D" w:rsidP="006D5267">
                <w:pPr>
                  <w:rPr>
                    <w:rFonts w:ascii="Roboto" w:hAnsi="Roboto"/>
                  </w:rPr>
                </w:pPr>
                <w:r w:rsidRPr="00477B5F">
                  <w:rPr>
                    <w:rStyle w:val="Tekstzastpczy"/>
                    <w:lang w:val="en-US"/>
                  </w:rPr>
                  <w:t>Kliknij lub naciśnij tutaj, aby wprowadzić tekst.</w:t>
                </w:r>
              </w:p>
            </w:tc>
          </w:sdtContent>
        </w:sdt>
      </w:tr>
      <w:tr w:rsidR="00EC4ADF" w:rsidRPr="00F82E34" w14:paraId="77DFD6B3" w14:textId="77777777" w:rsidTr="006D5267">
        <w:trPr>
          <w:cantSplit/>
          <w:jc w:val="center"/>
        </w:trPr>
        <w:tc>
          <w:tcPr>
            <w:tcW w:w="3886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5ECA348" w14:textId="45A04FDC" w:rsidR="00EC4ADF" w:rsidRPr="00F82E34" w:rsidRDefault="00EC4ADF" w:rsidP="006D5267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Podstawa delegowania</w:t>
            </w:r>
          </w:p>
        </w:tc>
        <w:tc>
          <w:tcPr>
            <w:tcW w:w="643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240B801" w14:textId="2316F6D3" w:rsidR="00EC4ADF" w:rsidRPr="00F82E34" w:rsidRDefault="00EC4ADF" w:rsidP="006D5267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Zaznacz właściwą odpowiedź:</w:t>
            </w:r>
            <w:r w:rsidRPr="00F82E34">
              <w:rPr>
                <w:rFonts w:ascii="Roboto" w:hAnsi="Roboto"/>
              </w:rPr>
              <w:br/>
            </w:r>
            <w:sdt>
              <w:sdtPr>
                <w:rPr>
                  <w:rFonts w:ascii="Roboto" w:hAnsi="Roboto" w:cs="Segoe UI Symbol"/>
                </w:rPr>
                <w:id w:val="712082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4F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>cz</w:t>
            </w:r>
            <w:r w:rsidRPr="00F82E34">
              <w:rPr>
                <w:rFonts w:ascii="Roboto" w:hAnsi="Roboto" w:cs="Roboto"/>
              </w:rPr>
              <w:t>ł</w:t>
            </w:r>
            <w:r w:rsidRPr="00F82E34">
              <w:rPr>
                <w:rFonts w:ascii="Roboto" w:hAnsi="Roboto"/>
              </w:rPr>
              <w:t>onek/cz</w:t>
            </w:r>
            <w:r w:rsidRPr="00F82E34">
              <w:rPr>
                <w:rFonts w:ascii="Roboto" w:hAnsi="Roboto" w:cs="Roboto"/>
              </w:rPr>
              <w:t>ł</w:t>
            </w:r>
            <w:r w:rsidRPr="00F82E34">
              <w:rPr>
                <w:rFonts w:ascii="Roboto" w:hAnsi="Roboto"/>
              </w:rPr>
              <w:t>onkini stowarzyszenia</w:t>
            </w:r>
            <w:r w:rsidRPr="00F82E34">
              <w:rPr>
                <w:rFonts w:ascii="Roboto" w:hAnsi="Roboto"/>
              </w:rPr>
              <w:br/>
            </w:r>
            <w:sdt>
              <w:sdtPr>
                <w:rPr>
                  <w:rFonts w:ascii="Roboto" w:hAnsi="Roboto" w:cs="Segoe UI Symbol"/>
                </w:rPr>
                <w:id w:val="-1010449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4F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>cz</w:t>
            </w:r>
            <w:r w:rsidRPr="00F82E34">
              <w:rPr>
                <w:rFonts w:ascii="Roboto" w:hAnsi="Roboto" w:cs="Roboto"/>
              </w:rPr>
              <w:t>ł</w:t>
            </w:r>
            <w:r w:rsidRPr="00F82E34">
              <w:rPr>
                <w:rFonts w:ascii="Roboto" w:hAnsi="Roboto"/>
              </w:rPr>
              <w:t>onek/cz</w:t>
            </w:r>
            <w:r w:rsidRPr="00F82E34">
              <w:rPr>
                <w:rFonts w:ascii="Roboto" w:hAnsi="Roboto" w:cs="Roboto"/>
              </w:rPr>
              <w:t>ł</w:t>
            </w:r>
            <w:r w:rsidRPr="00F82E34">
              <w:rPr>
                <w:rFonts w:ascii="Roboto" w:hAnsi="Roboto"/>
              </w:rPr>
              <w:t>onkini organu (np. zarz</w:t>
            </w:r>
            <w:r w:rsidRPr="00F82E34">
              <w:rPr>
                <w:rFonts w:ascii="Roboto" w:hAnsi="Roboto" w:cs="Roboto"/>
              </w:rPr>
              <w:t>ą</w:t>
            </w:r>
            <w:r w:rsidRPr="00F82E34">
              <w:rPr>
                <w:rFonts w:ascii="Roboto" w:hAnsi="Roboto"/>
              </w:rPr>
              <w:t>du, komisji rewizyjnej, rady fundacji)</w:t>
            </w:r>
            <w:r w:rsidRPr="00F82E34">
              <w:rPr>
                <w:rFonts w:ascii="Roboto" w:hAnsi="Roboto"/>
              </w:rPr>
              <w:br/>
            </w:r>
            <w:sdt>
              <w:sdtPr>
                <w:rPr>
                  <w:rFonts w:ascii="Roboto" w:hAnsi="Roboto" w:cs="Segoe UI Symbol"/>
                </w:rPr>
                <w:id w:val="533389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4F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>umowa o prac</w:t>
            </w:r>
            <w:r w:rsidRPr="00F82E34">
              <w:rPr>
                <w:rFonts w:ascii="Roboto" w:hAnsi="Roboto" w:cs="Roboto"/>
              </w:rPr>
              <w:t>ę</w:t>
            </w:r>
            <w:r w:rsidRPr="00F82E34">
              <w:rPr>
                <w:rFonts w:ascii="Roboto" w:hAnsi="Roboto"/>
              </w:rPr>
              <w:br/>
            </w:r>
            <w:sdt>
              <w:sdtPr>
                <w:rPr>
                  <w:rFonts w:ascii="Roboto" w:hAnsi="Roboto" w:cs="Segoe UI Symbol"/>
                </w:rPr>
                <w:id w:val="-1749961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4F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>umowa cywilnoprawna (w tym umowa wolontariacka)</w:t>
            </w:r>
          </w:p>
        </w:tc>
      </w:tr>
      <w:tr w:rsidR="00EC4ADF" w:rsidRPr="00F82E34" w14:paraId="6F60904D" w14:textId="77777777" w:rsidTr="006D5267">
        <w:trPr>
          <w:cantSplit/>
          <w:jc w:val="center"/>
        </w:trPr>
        <w:tc>
          <w:tcPr>
            <w:tcW w:w="3886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13C9726" w14:textId="479980DA" w:rsidR="00EC4ADF" w:rsidRPr="00F82E34" w:rsidRDefault="00EC4ADF" w:rsidP="006D5267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Czy osoba jest członkiem/członkinią zarządu organizacji?</w:t>
            </w:r>
          </w:p>
        </w:tc>
        <w:tc>
          <w:tcPr>
            <w:tcW w:w="643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C7F6C09" w14:textId="4493A794" w:rsidR="00EC4ADF" w:rsidRPr="00F82E34" w:rsidRDefault="00EC4ADF" w:rsidP="006D5267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 xml:space="preserve">Zaznacz właściwą odpowiedź: </w:t>
            </w:r>
            <w:sdt>
              <w:sdtPr>
                <w:rPr>
                  <w:rFonts w:ascii="Roboto" w:hAnsi="Roboto"/>
                </w:rPr>
                <w:id w:val="1442641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4F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 xml:space="preserve"> TAK </w:t>
            </w:r>
            <w:sdt>
              <w:sdtPr>
                <w:rPr>
                  <w:rFonts w:ascii="Roboto" w:hAnsi="Roboto"/>
                </w:rPr>
                <w:id w:val="-251136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4F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 xml:space="preserve"> NIE</w:t>
            </w:r>
          </w:p>
        </w:tc>
      </w:tr>
      <w:tr w:rsidR="00EC4ADF" w:rsidRPr="00F82E34" w14:paraId="4F8FC4A0" w14:textId="77777777" w:rsidTr="006D5267">
        <w:trPr>
          <w:cantSplit/>
          <w:jc w:val="center"/>
        </w:trPr>
        <w:tc>
          <w:tcPr>
            <w:tcW w:w="3886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68CBDB3" w14:textId="0CC956A1" w:rsidR="00EC4ADF" w:rsidRPr="00F82E34" w:rsidRDefault="00EC4ADF" w:rsidP="006D5267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Czy osoba współpracuje z organizacją powyżej 3 lat?</w:t>
            </w:r>
          </w:p>
        </w:tc>
        <w:tc>
          <w:tcPr>
            <w:tcW w:w="643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056733D" w14:textId="6F90BF1D" w:rsidR="00EC4ADF" w:rsidRPr="00F82E34" w:rsidRDefault="00EC4ADF" w:rsidP="006D5267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 xml:space="preserve">Zaznacz właściwą odpowiedź: </w:t>
            </w:r>
            <w:sdt>
              <w:sdtPr>
                <w:rPr>
                  <w:rFonts w:ascii="Roboto" w:hAnsi="Roboto"/>
                </w:rPr>
                <w:id w:val="-1299844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4F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 xml:space="preserve"> TAK </w:t>
            </w:r>
            <w:sdt>
              <w:sdtPr>
                <w:rPr>
                  <w:rFonts w:ascii="Roboto" w:hAnsi="Roboto"/>
                </w:rPr>
                <w:id w:val="-2129612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4F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 xml:space="preserve"> NIE</w:t>
            </w:r>
          </w:p>
        </w:tc>
      </w:tr>
      <w:tr w:rsidR="00EC4ADF" w:rsidRPr="00F82E34" w14:paraId="04668397" w14:textId="77777777" w:rsidTr="006D5267">
        <w:trPr>
          <w:cantSplit/>
          <w:jc w:val="center"/>
        </w:trPr>
        <w:tc>
          <w:tcPr>
            <w:tcW w:w="3886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9770351" w14:textId="4A21A3E1" w:rsidR="00EC4ADF" w:rsidRPr="00F82E34" w:rsidRDefault="00EC4ADF" w:rsidP="006D5267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Deklaracja udziału</w:t>
            </w:r>
          </w:p>
        </w:tc>
        <w:tc>
          <w:tcPr>
            <w:tcW w:w="643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5C7286C" w14:textId="559C8B46" w:rsidR="00EC4ADF" w:rsidRPr="00F82E34" w:rsidRDefault="00EC4ADF" w:rsidP="006D5267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Osoba delegowana deklaruje udział w projekcie oraz w działaniach wynikających z IPR organizacji.</w:t>
            </w:r>
            <w:r w:rsidRPr="00F82E34">
              <w:rPr>
                <w:rFonts w:ascii="Roboto" w:hAnsi="Roboto"/>
              </w:rPr>
              <w:br/>
              <w:t>Zaznacz:</w:t>
            </w:r>
            <w:r w:rsidR="00B20FE7" w:rsidRPr="00F82E34">
              <w:rPr>
                <w:rFonts w:ascii="Roboto" w:hAnsi="Roboto"/>
              </w:rPr>
              <w:t xml:space="preserve"> </w:t>
            </w:r>
            <w:sdt>
              <w:sdtPr>
                <w:rPr>
                  <w:rFonts w:ascii="Roboto" w:hAnsi="Roboto"/>
                </w:rPr>
                <w:id w:val="1656500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4F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 xml:space="preserve"> TAK </w:t>
            </w:r>
            <w:sdt>
              <w:sdtPr>
                <w:rPr>
                  <w:rFonts w:ascii="Roboto" w:hAnsi="Roboto"/>
                </w:rPr>
                <w:id w:val="-45693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0FE7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 xml:space="preserve"> NIE</w:t>
            </w:r>
          </w:p>
        </w:tc>
      </w:tr>
    </w:tbl>
    <w:p w14:paraId="3660164F" w14:textId="77777777" w:rsidR="00DB0015" w:rsidRPr="00F82E34" w:rsidRDefault="00273FC5">
      <w:pPr>
        <w:pStyle w:val="Nagwek2"/>
        <w:rPr>
          <w:rFonts w:ascii="Roboto" w:hAnsi="Roboto"/>
        </w:rPr>
      </w:pPr>
      <w:r w:rsidRPr="00F82E34">
        <w:rPr>
          <w:rFonts w:ascii="Roboto" w:hAnsi="Roboto"/>
        </w:rPr>
        <w:t>Osoba delegowana nr 3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886"/>
        <w:gridCol w:w="6430"/>
      </w:tblGrid>
      <w:tr w:rsidR="00AE3451" w:rsidRPr="00F82E34" w14:paraId="4B224C8E" w14:textId="77777777" w:rsidTr="006D5267">
        <w:trPr>
          <w:tblHeader/>
          <w:jc w:val="center"/>
        </w:trPr>
        <w:tc>
          <w:tcPr>
            <w:tcW w:w="3886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F2D0324" w14:textId="78EC4E85" w:rsidR="00AE3451" w:rsidRPr="00F82E34" w:rsidRDefault="00EC16F2" w:rsidP="006D5267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  <w:b/>
              </w:rPr>
              <w:t>Nazwa pola</w:t>
            </w:r>
          </w:p>
        </w:tc>
        <w:tc>
          <w:tcPr>
            <w:tcW w:w="6430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CDE6701" w14:textId="77777777" w:rsidR="00AE3451" w:rsidRPr="00F82E34" w:rsidRDefault="00AE3451" w:rsidP="006D5267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  <w:b/>
              </w:rPr>
              <w:t>Odpowiedź</w:t>
            </w:r>
          </w:p>
        </w:tc>
      </w:tr>
      <w:tr w:rsidR="00AE3451" w:rsidRPr="00F82E34" w14:paraId="3889D0AF" w14:textId="77777777" w:rsidTr="006D5267">
        <w:trPr>
          <w:cantSplit/>
          <w:jc w:val="center"/>
        </w:trPr>
        <w:tc>
          <w:tcPr>
            <w:tcW w:w="3886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DDFD074" w14:textId="3B541D8D" w:rsidR="00AE3451" w:rsidRPr="00F82E34" w:rsidRDefault="00AE3451" w:rsidP="006D5267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Imię</w:t>
            </w:r>
          </w:p>
        </w:tc>
        <w:sdt>
          <w:sdtPr>
            <w:rPr>
              <w:rFonts w:ascii="Roboto" w:hAnsi="Roboto"/>
            </w:rPr>
            <w:id w:val="209110852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430" w:type="dxa"/>
                <w:tcMar>
                  <w:top w:w="90" w:type="dxa"/>
                  <w:left w:w="100" w:type="dxa"/>
                  <w:bottom w:w="90" w:type="dxa"/>
                  <w:right w:w="100" w:type="dxa"/>
                </w:tcMar>
              </w:tcPr>
              <w:p w14:paraId="0E4CEF6D" w14:textId="62FB24F0" w:rsidR="00AE3451" w:rsidRPr="00F82E34" w:rsidRDefault="009D1C8D" w:rsidP="006D5267">
                <w:pPr>
                  <w:rPr>
                    <w:rFonts w:ascii="Roboto" w:hAnsi="Roboto"/>
                  </w:rPr>
                </w:pPr>
                <w:r w:rsidRPr="00477B5F">
                  <w:rPr>
                    <w:rStyle w:val="Tekstzastpczy"/>
                    <w:lang w:val="en-US"/>
                  </w:rPr>
                  <w:t>Kliknij lub naciśnij tutaj, aby wprowadzić tekst.</w:t>
                </w:r>
              </w:p>
            </w:tc>
          </w:sdtContent>
        </w:sdt>
      </w:tr>
      <w:tr w:rsidR="00AE3451" w:rsidRPr="00F82E34" w14:paraId="7726C126" w14:textId="77777777" w:rsidTr="006D5267">
        <w:trPr>
          <w:cantSplit/>
          <w:jc w:val="center"/>
        </w:trPr>
        <w:tc>
          <w:tcPr>
            <w:tcW w:w="3886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A17AA3C" w14:textId="51C9FABE" w:rsidR="00AE3451" w:rsidRPr="00F82E34" w:rsidRDefault="00AE3451" w:rsidP="006D5267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Nazwisko</w:t>
            </w:r>
          </w:p>
        </w:tc>
        <w:sdt>
          <w:sdtPr>
            <w:rPr>
              <w:rFonts w:ascii="Roboto" w:hAnsi="Roboto"/>
            </w:rPr>
            <w:id w:val="-50529435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430" w:type="dxa"/>
                <w:tcMar>
                  <w:top w:w="90" w:type="dxa"/>
                  <w:left w:w="100" w:type="dxa"/>
                  <w:bottom w:w="90" w:type="dxa"/>
                  <w:right w:w="100" w:type="dxa"/>
                </w:tcMar>
              </w:tcPr>
              <w:p w14:paraId="18EA7F6A" w14:textId="2E006432" w:rsidR="00AE3451" w:rsidRPr="00F82E34" w:rsidRDefault="009D1C8D" w:rsidP="006D5267">
                <w:pPr>
                  <w:rPr>
                    <w:rFonts w:ascii="Roboto" w:hAnsi="Roboto"/>
                  </w:rPr>
                </w:pPr>
                <w:r w:rsidRPr="00477B5F">
                  <w:rPr>
                    <w:rStyle w:val="Tekstzastpczy"/>
                    <w:lang w:val="en-US"/>
                  </w:rPr>
                  <w:t>Kliknij lub naciśnij tutaj, aby wprowadzić tekst.</w:t>
                </w:r>
              </w:p>
            </w:tc>
          </w:sdtContent>
        </w:sdt>
      </w:tr>
      <w:tr w:rsidR="00AE3451" w:rsidRPr="00F82E34" w14:paraId="19A8BE7F" w14:textId="77777777" w:rsidTr="006D5267">
        <w:trPr>
          <w:cantSplit/>
          <w:jc w:val="center"/>
        </w:trPr>
        <w:tc>
          <w:tcPr>
            <w:tcW w:w="3886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4CCBF20" w14:textId="7A5557FC" w:rsidR="00AE3451" w:rsidRPr="00F82E34" w:rsidRDefault="00AE3451" w:rsidP="006D5267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E-mail</w:t>
            </w:r>
          </w:p>
        </w:tc>
        <w:sdt>
          <w:sdtPr>
            <w:rPr>
              <w:rFonts w:ascii="Roboto" w:hAnsi="Roboto"/>
            </w:rPr>
            <w:id w:val="139562670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430" w:type="dxa"/>
                <w:tcMar>
                  <w:top w:w="90" w:type="dxa"/>
                  <w:left w:w="100" w:type="dxa"/>
                  <w:bottom w:w="90" w:type="dxa"/>
                  <w:right w:w="100" w:type="dxa"/>
                </w:tcMar>
              </w:tcPr>
              <w:p w14:paraId="5DCCECE4" w14:textId="2D3EC13B" w:rsidR="00AE3451" w:rsidRPr="00F82E34" w:rsidRDefault="009D1C8D" w:rsidP="006D5267">
                <w:pPr>
                  <w:rPr>
                    <w:rFonts w:ascii="Roboto" w:hAnsi="Roboto"/>
                  </w:rPr>
                </w:pPr>
                <w:r w:rsidRPr="00477B5F">
                  <w:rPr>
                    <w:rStyle w:val="Tekstzastpczy"/>
                    <w:lang w:val="en-US"/>
                  </w:rPr>
                  <w:t>Kliknij lub naciśnij tutaj, aby wprowadzić tekst.</w:t>
                </w:r>
              </w:p>
            </w:tc>
          </w:sdtContent>
        </w:sdt>
      </w:tr>
      <w:tr w:rsidR="00AE3451" w:rsidRPr="00F82E34" w14:paraId="1E4A8110" w14:textId="77777777" w:rsidTr="006D5267">
        <w:trPr>
          <w:cantSplit/>
          <w:jc w:val="center"/>
        </w:trPr>
        <w:tc>
          <w:tcPr>
            <w:tcW w:w="3886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9A0D58A" w14:textId="79B520EE" w:rsidR="00AE3451" w:rsidRPr="00F82E34" w:rsidRDefault="00AE3451" w:rsidP="006D5267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lastRenderedPageBreak/>
              <w:t>Telefon</w:t>
            </w:r>
            <w:r w:rsidR="00D5196E">
              <w:rPr>
                <w:rFonts w:ascii="Roboto" w:hAnsi="Roboto"/>
              </w:rPr>
              <w:t xml:space="preserve"> (fakultatywnie)</w:t>
            </w:r>
          </w:p>
        </w:tc>
        <w:sdt>
          <w:sdtPr>
            <w:rPr>
              <w:rFonts w:ascii="Roboto" w:hAnsi="Roboto"/>
            </w:rPr>
            <w:id w:val="-24934517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430" w:type="dxa"/>
                <w:tcMar>
                  <w:top w:w="90" w:type="dxa"/>
                  <w:left w:w="100" w:type="dxa"/>
                  <w:bottom w:w="90" w:type="dxa"/>
                  <w:right w:w="100" w:type="dxa"/>
                </w:tcMar>
              </w:tcPr>
              <w:p w14:paraId="2A2D134F" w14:textId="08655579" w:rsidR="00AE3451" w:rsidRPr="00F82E34" w:rsidRDefault="009D1C8D" w:rsidP="006D5267">
                <w:pPr>
                  <w:rPr>
                    <w:rFonts w:ascii="Roboto" w:hAnsi="Roboto"/>
                  </w:rPr>
                </w:pPr>
                <w:r w:rsidRPr="00477B5F">
                  <w:rPr>
                    <w:rStyle w:val="Tekstzastpczy"/>
                    <w:lang w:val="en-US"/>
                  </w:rPr>
                  <w:t>Kliknij lub naciśnij tutaj, aby wprowadzić tekst.</w:t>
                </w:r>
              </w:p>
            </w:tc>
          </w:sdtContent>
        </w:sdt>
      </w:tr>
      <w:tr w:rsidR="00AE3451" w:rsidRPr="00F82E34" w14:paraId="35560477" w14:textId="77777777" w:rsidTr="006D5267">
        <w:trPr>
          <w:cantSplit/>
          <w:jc w:val="center"/>
        </w:trPr>
        <w:tc>
          <w:tcPr>
            <w:tcW w:w="3886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B46019B" w14:textId="5A9EA7AE" w:rsidR="00AE3451" w:rsidRPr="00F82E34" w:rsidRDefault="00AE3451" w:rsidP="006D5267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Rola / funkcja w organizacji</w:t>
            </w:r>
          </w:p>
        </w:tc>
        <w:sdt>
          <w:sdtPr>
            <w:rPr>
              <w:rFonts w:ascii="Roboto" w:hAnsi="Roboto"/>
            </w:rPr>
            <w:id w:val="160646119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430" w:type="dxa"/>
                <w:tcMar>
                  <w:top w:w="90" w:type="dxa"/>
                  <w:left w:w="100" w:type="dxa"/>
                  <w:bottom w:w="90" w:type="dxa"/>
                  <w:right w:w="100" w:type="dxa"/>
                </w:tcMar>
              </w:tcPr>
              <w:p w14:paraId="37B85307" w14:textId="6C66645F" w:rsidR="00AE3451" w:rsidRPr="00F82E34" w:rsidRDefault="009D1C8D" w:rsidP="006D5267">
                <w:pPr>
                  <w:rPr>
                    <w:rFonts w:ascii="Roboto" w:hAnsi="Roboto"/>
                  </w:rPr>
                </w:pPr>
                <w:r w:rsidRPr="00477B5F">
                  <w:rPr>
                    <w:rStyle w:val="Tekstzastpczy"/>
                    <w:lang w:val="en-US"/>
                  </w:rPr>
                  <w:t>Kliknij lub naciśnij tutaj, aby wprowadzić tekst.</w:t>
                </w:r>
              </w:p>
            </w:tc>
          </w:sdtContent>
        </w:sdt>
      </w:tr>
      <w:tr w:rsidR="00AE3451" w:rsidRPr="00F82E34" w14:paraId="329CC663" w14:textId="77777777" w:rsidTr="006D5267">
        <w:trPr>
          <w:cantSplit/>
          <w:jc w:val="center"/>
        </w:trPr>
        <w:tc>
          <w:tcPr>
            <w:tcW w:w="3886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FF629AA" w14:textId="24CEE7C3" w:rsidR="00AE3451" w:rsidRPr="00F82E34" w:rsidRDefault="00AE3451" w:rsidP="006D5267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Podstawa delegowania</w:t>
            </w:r>
          </w:p>
        </w:tc>
        <w:tc>
          <w:tcPr>
            <w:tcW w:w="643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1A92FD4" w14:textId="3FA17DC0" w:rsidR="00AE3451" w:rsidRPr="00F82E34" w:rsidRDefault="00AE3451" w:rsidP="006D5267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Zaznacz właściwą odpowiedź:</w:t>
            </w:r>
            <w:r w:rsidRPr="00F82E34">
              <w:rPr>
                <w:rFonts w:ascii="Roboto" w:hAnsi="Roboto"/>
              </w:rPr>
              <w:br/>
            </w:r>
            <w:sdt>
              <w:sdtPr>
                <w:rPr>
                  <w:rFonts w:ascii="Roboto" w:hAnsi="Roboto" w:cs="Segoe UI Symbol"/>
                </w:rPr>
                <w:id w:val="-1653663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4F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>cz</w:t>
            </w:r>
            <w:r w:rsidRPr="00F82E34">
              <w:rPr>
                <w:rFonts w:ascii="Roboto" w:hAnsi="Roboto" w:cs="Roboto"/>
              </w:rPr>
              <w:t>ł</w:t>
            </w:r>
            <w:r w:rsidRPr="00F82E34">
              <w:rPr>
                <w:rFonts w:ascii="Roboto" w:hAnsi="Roboto"/>
              </w:rPr>
              <w:t>onek/cz</w:t>
            </w:r>
            <w:r w:rsidRPr="00F82E34">
              <w:rPr>
                <w:rFonts w:ascii="Roboto" w:hAnsi="Roboto" w:cs="Roboto"/>
              </w:rPr>
              <w:t>ł</w:t>
            </w:r>
            <w:r w:rsidRPr="00F82E34">
              <w:rPr>
                <w:rFonts w:ascii="Roboto" w:hAnsi="Roboto"/>
              </w:rPr>
              <w:t>onkini stowarzyszenia</w:t>
            </w:r>
            <w:r w:rsidRPr="00F82E34">
              <w:rPr>
                <w:rFonts w:ascii="Roboto" w:hAnsi="Roboto"/>
              </w:rPr>
              <w:br/>
            </w:r>
            <w:sdt>
              <w:sdtPr>
                <w:rPr>
                  <w:rFonts w:ascii="Roboto" w:hAnsi="Roboto" w:cs="Segoe UI Symbol"/>
                </w:rPr>
                <w:id w:val="462151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4F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>cz</w:t>
            </w:r>
            <w:r w:rsidRPr="00F82E34">
              <w:rPr>
                <w:rFonts w:ascii="Roboto" w:hAnsi="Roboto" w:cs="Roboto"/>
              </w:rPr>
              <w:t>ł</w:t>
            </w:r>
            <w:r w:rsidRPr="00F82E34">
              <w:rPr>
                <w:rFonts w:ascii="Roboto" w:hAnsi="Roboto"/>
              </w:rPr>
              <w:t>onek/cz</w:t>
            </w:r>
            <w:r w:rsidRPr="00F82E34">
              <w:rPr>
                <w:rFonts w:ascii="Roboto" w:hAnsi="Roboto" w:cs="Roboto"/>
              </w:rPr>
              <w:t>ł</w:t>
            </w:r>
            <w:r w:rsidRPr="00F82E34">
              <w:rPr>
                <w:rFonts w:ascii="Roboto" w:hAnsi="Roboto"/>
              </w:rPr>
              <w:t>onkini organu (np. zarz</w:t>
            </w:r>
            <w:r w:rsidRPr="00F82E34">
              <w:rPr>
                <w:rFonts w:ascii="Roboto" w:hAnsi="Roboto" w:cs="Roboto"/>
              </w:rPr>
              <w:t>ą</w:t>
            </w:r>
            <w:r w:rsidRPr="00F82E34">
              <w:rPr>
                <w:rFonts w:ascii="Roboto" w:hAnsi="Roboto"/>
              </w:rPr>
              <w:t>du, komisji rewizyjnej, rady fundacji)</w:t>
            </w:r>
            <w:r w:rsidRPr="00F82E34">
              <w:rPr>
                <w:rFonts w:ascii="Roboto" w:hAnsi="Roboto"/>
              </w:rPr>
              <w:br/>
            </w:r>
            <w:sdt>
              <w:sdtPr>
                <w:rPr>
                  <w:rFonts w:ascii="Roboto" w:hAnsi="Roboto" w:cs="Segoe UI Symbol"/>
                </w:rPr>
                <w:id w:val="-1925246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4F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>umowa o prac</w:t>
            </w:r>
            <w:r w:rsidRPr="00F82E34">
              <w:rPr>
                <w:rFonts w:ascii="Roboto" w:hAnsi="Roboto" w:cs="Roboto"/>
              </w:rPr>
              <w:t>ę</w:t>
            </w:r>
            <w:r w:rsidRPr="00F82E34">
              <w:rPr>
                <w:rFonts w:ascii="Roboto" w:hAnsi="Roboto"/>
              </w:rPr>
              <w:br/>
            </w:r>
            <w:sdt>
              <w:sdtPr>
                <w:rPr>
                  <w:rFonts w:ascii="Roboto" w:hAnsi="Roboto" w:cs="Segoe UI Symbol"/>
                </w:rPr>
                <w:id w:val="-1021624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4F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>umowa cywilnoprawna (w tym umowa wolontariacka)</w:t>
            </w:r>
          </w:p>
        </w:tc>
      </w:tr>
      <w:tr w:rsidR="00AE3451" w:rsidRPr="00F82E34" w14:paraId="215EA470" w14:textId="77777777" w:rsidTr="006D5267">
        <w:trPr>
          <w:cantSplit/>
          <w:jc w:val="center"/>
        </w:trPr>
        <w:tc>
          <w:tcPr>
            <w:tcW w:w="3886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3738CCC" w14:textId="33E3DE62" w:rsidR="00AE3451" w:rsidRPr="00F82E34" w:rsidRDefault="00AE3451" w:rsidP="006D5267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Czy osoba jest członkiem/członkinią zarządu organizacji?</w:t>
            </w:r>
          </w:p>
        </w:tc>
        <w:tc>
          <w:tcPr>
            <w:tcW w:w="643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2ED36DD" w14:textId="31620DE9" w:rsidR="00AE3451" w:rsidRPr="00F82E34" w:rsidRDefault="00AE3451" w:rsidP="006D5267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 xml:space="preserve">Zaznacz właściwą odpowiedź: </w:t>
            </w:r>
            <w:sdt>
              <w:sdtPr>
                <w:rPr>
                  <w:rFonts w:ascii="Roboto" w:hAnsi="Roboto"/>
                </w:rPr>
                <w:id w:val="-633945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4F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 xml:space="preserve"> TA</w:t>
            </w:r>
            <w:r w:rsidR="000B5F4F" w:rsidRPr="00F82E34">
              <w:rPr>
                <w:rFonts w:ascii="Roboto" w:hAnsi="Roboto"/>
              </w:rPr>
              <w:t>K</w:t>
            </w:r>
            <w:r w:rsidRPr="00F82E34">
              <w:rPr>
                <w:rFonts w:ascii="Roboto" w:hAnsi="Roboto"/>
              </w:rPr>
              <w:t xml:space="preserve"> </w:t>
            </w:r>
            <w:sdt>
              <w:sdtPr>
                <w:rPr>
                  <w:rFonts w:ascii="Roboto" w:hAnsi="Roboto"/>
                </w:rPr>
                <w:id w:val="-1897353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4F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 xml:space="preserve"> NIE</w:t>
            </w:r>
          </w:p>
        </w:tc>
      </w:tr>
      <w:tr w:rsidR="00AE3451" w:rsidRPr="00F82E34" w14:paraId="149F00F5" w14:textId="77777777" w:rsidTr="006D5267">
        <w:trPr>
          <w:cantSplit/>
          <w:jc w:val="center"/>
        </w:trPr>
        <w:tc>
          <w:tcPr>
            <w:tcW w:w="3886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6D72298" w14:textId="2113A3F7" w:rsidR="00AE3451" w:rsidRPr="00F82E34" w:rsidRDefault="00AE3451" w:rsidP="006D5267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Czy osoba współpracuje z organizacją powyżej 3 lat?</w:t>
            </w:r>
          </w:p>
        </w:tc>
        <w:tc>
          <w:tcPr>
            <w:tcW w:w="643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6570D1E" w14:textId="19BC7159" w:rsidR="00AE3451" w:rsidRPr="00F82E34" w:rsidRDefault="00AE3451" w:rsidP="006D5267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 xml:space="preserve">Zaznacz właściwą odpowiedź: </w:t>
            </w:r>
            <w:sdt>
              <w:sdtPr>
                <w:rPr>
                  <w:rFonts w:ascii="Roboto" w:hAnsi="Roboto"/>
                </w:rPr>
                <w:id w:val="-80528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4F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 xml:space="preserve"> TAK </w:t>
            </w:r>
            <w:sdt>
              <w:sdtPr>
                <w:rPr>
                  <w:rFonts w:ascii="Roboto" w:hAnsi="Roboto"/>
                </w:rPr>
                <w:id w:val="413288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4F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 xml:space="preserve"> NIE</w:t>
            </w:r>
          </w:p>
        </w:tc>
      </w:tr>
      <w:tr w:rsidR="00AE3451" w:rsidRPr="00F82E34" w14:paraId="1B250EE0" w14:textId="77777777" w:rsidTr="006D5267">
        <w:trPr>
          <w:cantSplit/>
          <w:jc w:val="center"/>
        </w:trPr>
        <w:tc>
          <w:tcPr>
            <w:tcW w:w="3886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2F46E4D" w14:textId="7263952C" w:rsidR="00AE3451" w:rsidRPr="00F82E34" w:rsidRDefault="00AE3451" w:rsidP="006D5267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Deklaracja udziału</w:t>
            </w:r>
          </w:p>
        </w:tc>
        <w:tc>
          <w:tcPr>
            <w:tcW w:w="643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6385BC2" w14:textId="6D5524AB" w:rsidR="00AE3451" w:rsidRPr="00F82E34" w:rsidRDefault="00AE3451" w:rsidP="006D5267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 xml:space="preserve">Osoba delegowana deklaruje udział w projekcie oraz w działaniach wynikających z </w:t>
            </w:r>
            <w:r w:rsidR="000E7AC1" w:rsidRPr="00F82E34">
              <w:rPr>
                <w:rFonts w:ascii="Roboto" w:hAnsi="Roboto"/>
              </w:rPr>
              <w:t>Indywidualnego Programu Rozwoju</w:t>
            </w:r>
            <w:r w:rsidRPr="00F82E34">
              <w:rPr>
                <w:rFonts w:ascii="Roboto" w:hAnsi="Roboto"/>
              </w:rPr>
              <w:t xml:space="preserve"> organizacji.</w:t>
            </w:r>
            <w:r w:rsidRPr="00F82E34">
              <w:rPr>
                <w:rFonts w:ascii="Roboto" w:hAnsi="Roboto"/>
              </w:rPr>
              <w:br/>
              <w:t xml:space="preserve">Zaznacz: </w:t>
            </w:r>
            <w:sdt>
              <w:sdtPr>
                <w:rPr>
                  <w:rFonts w:ascii="Roboto" w:hAnsi="Roboto"/>
                </w:rPr>
                <w:id w:val="-1429728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4F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 xml:space="preserve"> TAK </w:t>
            </w:r>
            <w:sdt>
              <w:sdtPr>
                <w:rPr>
                  <w:rFonts w:ascii="Roboto" w:hAnsi="Roboto"/>
                </w:rPr>
                <w:id w:val="-2029094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4F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 xml:space="preserve"> NIE</w:t>
            </w:r>
          </w:p>
        </w:tc>
      </w:tr>
    </w:tbl>
    <w:p w14:paraId="51FB0357" w14:textId="77777777" w:rsidR="00DB0015" w:rsidRPr="00F82E34" w:rsidRDefault="00273FC5">
      <w:pPr>
        <w:pStyle w:val="Nagwek1"/>
        <w:rPr>
          <w:rFonts w:ascii="Roboto" w:hAnsi="Roboto"/>
        </w:rPr>
      </w:pPr>
      <w:r w:rsidRPr="00F82E34">
        <w:rPr>
          <w:rFonts w:ascii="Roboto" w:hAnsi="Roboto"/>
        </w:rPr>
        <w:t>5. D. Kryteria preferencyjne</w:t>
      </w:r>
    </w:p>
    <w:p w14:paraId="25BBF726" w14:textId="77777777" w:rsidR="00DB0015" w:rsidRPr="00F82E34" w:rsidRDefault="00273FC5">
      <w:pPr>
        <w:pStyle w:val="Instrukcja"/>
        <w:rPr>
          <w:rFonts w:ascii="Roboto" w:hAnsi="Roboto"/>
          <w:lang w:val="pl-PL"/>
        </w:rPr>
      </w:pPr>
      <w:r w:rsidRPr="00F82E34">
        <w:rPr>
          <w:rFonts w:ascii="Roboto" w:hAnsi="Roboto"/>
          <w:lang w:val="pl-PL"/>
        </w:rPr>
        <w:t>Kryteria te nie warunkują udziału, ale mogą mieć znaczenie przy większej liczbie zgłoszeń niż dostępnych miejsc. Zaznacz TAK albo NIE. W polach uzupełniających podaj wymagane informacje.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0"/>
        <w:gridCol w:w="5216"/>
      </w:tblGrid>
      <w:tr w:rsidR="00DB0015" w:rsidRPr="00F82E34" w14:paraId="215A66E8" w14:textId="77777777" w:rsidTr="00AE3451">
        <w:trPr>
          <w:tblHeader/>
          <w:jc w:val="center"/>
        </w:trPr>
        <w:tc>
          <w:tcPr>
            <w:tcW w:w="5100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7053EC7" w14:textId="77777777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  <w:b/>
              </w:rPr>
              <w:t>Kryterium</w:t>
            </w:r>
          </w:p>
        </w:tc>
        <w:tc>
          <w:tcPr>
            <w:tcW w:w="5216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F462731" w14:textId="77777777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  <w:b/>
              </w:rPr>
              <w:t>Odpowiedź</w:t>
            </w:r>
          </w:p>
        </w:tc>
      </w:tr>
      <w:tr w:rsidR="00DB0015" w:rsidRPr="00F82E34" w14:paraId="64541695" w14:textId="77777777" w:rsidTr="00AE3451">
        <w:trPr>
          <w:cantSplit/>
          <w:jc w:val="center"/>
        </w:trPr>
        <w:tc>
          <w:tcPr>
            <w:tcW w:w="5100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42A9F89" w14:textId="7673B002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Organizacja prowadzi działalność na obszarach wiejskich.</w:t>
            </w:r>
          </w:p>
        </w:tc>
        <w:tc>
          <w:tcPr>
            <w:tcW w:w="5216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23708AA" w14:textId="766C9CF1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 xml:space="preserve">Zaznacz właściwą odpowiedź: </w:t>
            </w:r>
            <w:sdt>
              <w:sdtPr>
                <w:rPr>
                  <w:rFonts w:ascii="Roboto" w:hAnsi="Roboto"/>
                </w:rPr>
                <w:id w:val="-439300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4F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 xml:space="preserve"> TAK </w:t>
            </w:r>
            <w:sdt>
              <w:sdtPr>
                <w:rPr>
                  <w:rFonts w:ascii="Roboto" w:hAnsi="Roboto"/>
                </w:rPr>
                <w:id w:val="741059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4F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 xml:space="preserve"> NIE</w:t>
            </w:r>
          </w:p>
        </w:tc>
      </w:tr>
      <w:tr w:rsidR="00DB0015" w:rsidRPr="00F82E34" w14:paraId="3C6757FE" w14:textId="77777777" w:rsidTr="00AE3451">
        <w:trPr>
          <w:cantSplit/>
          <w:jc w:val="center"/>
        </w:trPr>
        <w:tc>
          <w:tcPr>
            <w:tcW w:w="5100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AADB6DE" w14:textId="1F43A88B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Organizacja jest członkiem federacji, sieci lub związku organizacji pozarządowych.</w:t>
            </w:r>
          </w:p>
        </w:tc>
        <w:tc>
          <w:tcPr>
            <w:tcW w:w="5216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54D2A94" w14:textId="03A9D68F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 xml:space="preserve">Zaznacz właściwą odpowiedź:  </w:t>
            </w:r>
            <w:sdt>
              <w:sdtPr>
                <w:rPr>
                  <w:rFonts w:ascii="Roboto" w:hAnsi="Roboto"/>
                </w:rPr>
                <w:id w:val="-552085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4F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 xml:space="preserve"> TAK </w:t>
            </w:r>
            <w:sdt>
              <w:sdtPr>
                <w:rPr>
                  <w:rFonts w:ascii="Roboto" w:hAnsi="Roboto"/>
                </w:rPr>
                <w:id w:val="-851026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4F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 xml:space="preserve"> NIE</w:t>
            </w:r>
            <w:r w:rsidRPr="00F82E34">
              <w:rPr>
                <w:rFonts w:ascii="Roboto" w:hAnsi="Roboto"/>
              </w:rPr>
              <w:br/>
              <w:t>Je</w:t>
            </w:r>
            <w:r w:rsidRPr="00F82E34">
              <w:rPr>
                <w:rFonts w:ascii="Roboto" w:hAnsi="Roboto" w:cs="Roboto"/>
              </w:rPr>
              <w:t>ś</w:t>
            </w:r>
            <w:r w:rsidRPr="00F82E34">
              <w:rPr>
                <w:rFonts w:ascii="Roboto" w:hAnsi="Roboto"/>
              </w:rPr>
              <w:t>li TAK, podaj nazw</w:t>
            </w:r>
            <w:r w:rsidRPr="00F82E34">
              <w:rPr>
                <w:rFonts w:ascii="Roboto" w:hAnsi="Roboto" w:cs="Roboto"/>
              </w:rPr>
              <w:t>ę</w:t>
            </w:r>
            <w:r w:rsidRPr="00F82E34">
              <w:rPr>
                <w:rFonts w:ascii="Roboto" w:hAnsi="Roboto"/>
              </w:rPr>
              <w:t xml:space="preserve">: </w:t>
            </w:r>
            <w:sdt>
              <w:sdtPr>
                <w:rPr>
                  <w:rFonts w:ascii="Roboto" w:hAnsi="Roboto"/>
                </w:rPr>
                <w:id w:val="29149721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B20FE7" w:rsidRPr="00F82E34">
                  <w:rPr>
                    <w:rStyle w:val="Tekstzastpczy"/>
                    <w:rFonts w:ascii="Roboto" w:hAnsi="Roboto"/>
                  </w:rPr>
                  <w:t>Kliknij lub naciśnij tutaj, aby wprowadzić tekst.</w:t>
                </w:r>
              </w:sdtContent>
            </w:sdt>
          </w:p>
        </w:tc>
      </w:tr>
      <w:tr w:rsidR="00DB0015" w:rsidRPr="00F82E34" w14:paraId="1DAFEA90" w14:textId="77777777" w:rsidTr="00AE3451">
        <w:trPr>
          <w:cantSplit/>
          <w:jc w:val="center"/>
        </w:trPr>
        <w:tc>
          <w:tcPr>
            <w:tcW w:w="5100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3A77826" w14:textId="47B67373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Organizacja działa w obszarze antydyskryminacji i/lub praw człowieka.</w:t>
            </w:r>
          </w:p>
        </w:tc>
        <w:tc>
          <w:tcPr>
            <w:tcW w:w="5216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AB93195" w14:textId="32309F06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 xml:space="preserve">Zaznacz właściwą odpowiedź:  </w:t>
            </w:r>
            <w:sdt>
              <w:sdtPr>
                <w:rPr>
                  <w:rFonts w:ascii="Roboto" w:hAnsi="Roboto"/>
                </w:rPr>
                <w:id w:val="125361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4F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 xml:space="preserve"> TAK </w:t>
            </w:r>
            <w:sdt>
              <w:sdtPr>
                <w:rPr>
                  <w:rFonts w:ascii="Roboto" w:hAnsi="Roboto"/>
                </w:rPr>
                <w:id w:val="-126862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4F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 xml:space="preserve"> NIE</w:t>
            </w:r>
            <w:r w:rsidRPr="00F82E34">
              <w:rPr>
                <w:rFonts w:ascii="Roboto" w:hAnsi="Roboto"/>
              </w:rPr>
              <w:br/>
              <w:t>Je</w:t>
            </w:r>
            <w:r w:rsidRPr="00F82E34">
              <w:rPr>
                <w:rFonts w:ascii="Roboto" w:hAnsi="Roboto" w:cs="Roboto"/>
              </w:rPr>
              <w:t>ś</w:t>
            </w:r>
            <w:r w:rsidRPr="00F82E34">
              <w:rPr>
                <w:rFonts w:ascii="Roboto" w:hAnsi="Roboto"/>
              </w:rPr>
              <w:t xml:space="preserve">li TAK, podaj punkt statutu: </w:t>
            </w:r>
            <w:sdt>
              <w:sdtPr>
                <w:rPr>
                  <w:rFonts w:ascii="Roboto" w:hAnsi="Roboto"/>
                </w:rPr>
                <w:id w:val="1923675085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B20FE7" w:rsidRPr="00F82E34">
                  <w:rPr>
                    <w:rStyle w:val="Tekstzastpczy"/>
                    <w:rFonts w:ascii="Roboto" w:hAnsi="Roboto"/>
                  </w:rPr>
                  <w:t>Kliknij lub naciśnij tutaj, aby wprowadzić tekst.</w:t>
                </w:r>
              </w:sdtContent>
            </w:sdt>
          </w:p>
        </w:tc>
      </w:tr>
    </w:tbl>
    <w:p w14:paraId="52151B89" w14:textId="6E3ADAF5" w:rsidR="00DB0015" w:rsidRPr="00F82E34" w:rsidRDefault="00273FC5">
      <w:pPr>
        <w:pStyle w:val="Nagwek1"/>
        <w:rPr>
          <w:rFonts w:ascii="Roboto" w:hAnsi="Roboto"/>
        </w:rPr>
      </w:pPr>
      <w:r w:rsidRPr="00F82E34">
        <w:rPr>
          <w:rFonts w:ascii="Roboto" w:hAnsi="Roboto"/>
        </w:rPr>
        <w:t>6. E. Potrzeby i potencjał rozwojowy organizacji</w:t>
      </w:r>
    </w:p>
    <w:p w14:paraId="0ECE460B" w14:textId="77777777" w:rsidR="00DB0015" w:rsidRPr="00F82E34" w:rsidRDefault="00273FC5">
      <w:pPr>
        <w:pStyle w:val="Instrukcja"/>
        <w:rPr>
          <w:rFonts w:ascii="Roboto" w:hAnsi="Roboto"/>
          <w:i w:val="0"/>
          <w:iCs/>
          <w:color w:val="auto"/>
          <w:lang w:val="pl-PL"/>
        </w:rPr>
      </w:pPr>
      <w:r w:rsidRPr="00F82E34">
        <w:rPr>
          <w:rFonts w:ascii="Roboto" w:hAnsi="Roboto"/>
          <w:i w:val="0"/>
          <w:iCs/>
          <w:color w:val="auto"/>
          <w:lang w:val="pl-PL"/>
        </w:rPr>
        <w:t>Wypełnij wszystkie pola. Zachowaj wskazane limity znaków.</w:t>
      </w:r>
    </w:p>
    <w:p w14:paraId="1A61C8D3" w14:textId="37FEB190" w:rsidR="00DB0015" w:rsidRPr="00F82E34" w:rsidRDefault="00273FC5" w:rsidP="00EF4008">
      <w:pPr>
        <w:pStyle w:val="Akapitzlist"/>
        <w:numPr>
          <w:ilvl w:val="0"/>
          <w:numId w:val="11"/>
        </w:numPr>
        <w:rPr>
          <w:rFonts w:ascii="Roboto" w:hAnsi="Roboto"/>
        </w:rPr>
      </w:pPr>
      <w:r w:rsidRPr="00F82E34">
        <w:rPr>
          <w:rFonts w:ascii="Roboto" w:hAnsi="Roboto"/>
          <w:b/>
        </w:rPr>
        <w:t xml:space="preserve">Krótki opis działalności organizacji </w:t>
      </w:r>
      <w:r w:rsidRPr="00F82E34">
        <w:rPr>
          <w:rFonts w:ascii="Roboto" w:hAnsi="Roboto"/>
        </w:rPr>
        <w:t>(maksymalnie 1000 znaków)</w:t>
      </w:r>
    </w:p>
    <w:p w14:paraId="3461FC4D" w14:textId="7675EA61" w:rsidR="00DB0015" w:rsidRPr="00F82E34" w:rsidRDefault="00F1531D">
      <w:pPr>
        <w:pStyle w:val="Instrukcja"/>
        <w:rPr>
          <w:rFonts w:ascii="Roboto" w:hAnsi="Roboto"/>
          <w:i w:val="0"/>
          <w:iCs/>
          <w:color w:val="auto"/>
          <w:lang w:val="pl-PL"/>
        </w:rPr>
      </w:pPr>
      <w:r w:rsidRPr="00F82E34">
        <w:rPr>
          <w:rFonts w:ascii="Roboto" w:hAnsi="Roboto"/>
          <w:i w:val="0"/>
          <w:iCs/>
          <w:color w:val="auto"/>
          <w:lang w:val="pl-PL"/>
        </w:rPr>
        <w:t xml:space="preserve">Podaj najważniejsze wydarzenia z życia organizacji i kluczowe dane (np. ilość osób do których trafiacie, ilość </w:t>
      </w:r>
      <w:r w:rsidRPr="00F82E34">
        <w:rPr>
          <w:rFonts w:ascii="Roboto" w:hAnsi="Roboto"/>
          <w:i w:val="0"/>
          <w:iCs/>
          <w:color w:val="auto"/>
          <w:lang w:val="pl-PL"/>
        </w:rPr>
        <w:br/>
        <w:t>i wartość zrealizowanych projektów, kluczowe usługi lub działania).</w:t>
      </w:r>
    </w:p>
    <w:p w14:paraId="6A9968ED" w14:textId="366A74D5" w:rsidR="002939EB" w:rsidRDefault="00B636EA">
      <w:pPr>
        <w:rPr>
          <w:rFonts w:ascii="Roboto" w:hAnsi="Roboto"/>
          <w:b/>
        </w:rPr>
      </w:pPr>
      <w:sdt>
        <w:sdtPr>
          <w:rPr>
            <w:rFonts w:ascii="Roboto" w:hAnsi="Roboto"/>
            <w:b/>
          </w:rPr>
          <w:id w:val="716553585"/>
          <w:placeholder>
            <w:docPart w:val="DefaultPlaceholder_-1854013440"/>
          </w:placeholder>
          <w:showingPlcHdr/>
          <w:text/>
        </w:sdtPr>
        <w:sdtEndPr/>
        <w:sdtContent>
          <w:r w:rsidR="002939EB" w:rsidRPr="00F82E34">
            <w:rPr>
              <w:rStyle w:val="Tekstzastpczy"/>
              <w:rFonts w:ascii="Roboto" w:hAnsi="Roboto"/>
            </w:rPr>
            <w:t>Kliknij lub naciśnij tutaj, aby wprowadzić tekst.</w:t>
          </w:r>
        </w:sdtContent>
      </w:sdt>
    </w:p>
    <w:p w14:paraId="01E28A10" w14:textId="77777777" w:rsidR="009D1C8D" w:rsidRPr="00F82E34" w:rsidRDefault="009D1C8D">
      <w:pPr>
        <w:rPr>
          <w:rFonts w:ascii="Roboto" w:hAnsi="Roboto"/>
          <w:b/>
        </w:rPr>
      </w:pPr>
    </w:p>
    <w:p w14:paraId="7CCD3056" w14:textId="593860AA" w:rsidR="00DB0015" w:rsidRPr="00F82E34" w:rsidRDefault="00273FC5" w:rsidP="00EF4008">
      <w:pPr>
        <w:pStyle w:val="Akapitzlist"/>
        <w:numPr>
          <w:ilvl w:val="0"/>
          <w:numId w:val="11"/>
        </w:numPr>
        <w:rPr>
          <w:rFonts w:ascii="Roboto" w:hAnsi="Roboto"/>
        </w:rPr>
      </w:pPr>
      <w:r w:rsidRPr="00F82E34">
        <w:rPr>
          <w:rFonts w:ascii="Roboto" w:hAnsi="Roboto"/>
          <w:b/>
        </w:rPr>
        <w:t>Główne grupy odbiorców działań organizacji</w:t>
      </w:r>
      <w:r w:rsidRPr="00F82E34">
        <w:rPr>
          <w:rFonts w:ascii="Roboto" w:hAnsi="Roboto"/>
        </w:rPr>
        <w:t xml:space="preserve"> (maksymalnie 500 znaków)</w:t>
      </w:r>
    </w:p>
    <w:p w14:paraId="33615972" w14:textId="0676B9BD" w:rsidR="004F5C5F" w:rsidRPr="00F82E34" w:rsidRDefault="004F5C5F">
      <w:pPr>
        <w:rPr>
          <w:rFonts w:ascii="Roboto" w:hAnsi="Roboto"/>
        </w:rPr>
      </w:pPr>
      <w:r w:rsidRPr="00F82E34">
        <w:rPr>
          <w:rFonts w:ascii="Roboto" w:hAnsi="Roboto"/>
        </w:rPr>
        <w:t>Dla kogo głównie prowadzicie swoje działania? Na jakiej grupie Wam szczególnie zależy?</w:t>
      </w:r>
    </w:p>
    <w:sdt>
      <w:sdtPr>
        <w:rPr>
          <w:rFonts w:ascii="Roboto" w:hAnsi="Roboto"/>
          <w:b/>
        </w:rPr>
        <w:id w:val="-79679031"/>
        <w:placeholder>
          <w:docPart w:val="DefaultPlaceholder_-1854013440"/>
        </w:placeholder>
        <w:showingPlcHdr/>
        <w:text/>
      </w:sdtPr>
      <w:sdtEndPr/>
      <w:sdtContent>
        <w:p w14:paraId="377A03A8" w14:textId="18047B05" w:rsidR="002939EB" w:rsidRPr="00F82E34" w:rsidRDefault="002939EB">
          <w:pPr>
            <w:rPr>
              <w:rFonts w:ascii="Roboto" w:hAnsi="Roboto"/>
              <w:b/>
            </w:rPr>
          </w:pPr>
          <w:r w:rsidRPr="00F82E34">
            <w:rPr>
              <w:rStyle w:val="Tekstzastpczy"/>
              <w:rFonts w:ascii="Roboto" w:hAnsi="Roboto"/>
            </w:rPr>
            <w:t>Kliknij lub naciśnij tutaj, aby wprowadzić tekst.</w:t>
          </w:r>
        </w:p>
      </w:sdtContent>
    </w:sdt>
    <w:p w14:paraId="1F691419" w14:textId="77777777" w:rsidR="009D1C8D" w:rsidRPr="009D1C8D" w:rsidRDefault="009D1C8D" w:rsidP="009D1C8D">
      <w:pPr>
        <w:pStyle w:val="Akapitzlist"/>
        <w:rPr>
          <w:rFonts w:ascii="Roboto" w:hAnsi="Roboto"/>
        </w:rPr>
      </w:pPr>
    </w:p>
    <w:p w14:paraId="2FFA5D35" w14:textId="22E1C995" w:rsidR="00DB0015" w:rsidRPr="00F82E34" w:rsidRDefault="00273FC5" w:rsidP="00EF4008">
      <w:pPr>
        <w:pStyle w:val="Akapitzlist"/>
        <w:numPr>
          <w:ilvl w:val="0"/>
          <w:numId w:val="11"/>
        </w:numPr>
        <w:rPr>
          <w:rFonts w:ascii="Roboto" w:hAnsi="Roboto"/>
        </w:rPr>
      </w:pPr>
      <w:r w:rsidRPr="00F82E34">
        <w:rPr>
          <w:rFonts w:ascii="Roboto" w:hAnsi="Roboto"/>
          <w:b/>
        </w:rPr>
        <w:t>Dostrzegane trudności i problemy wynikające z dotychczasowej działalności</w:t>
      </w:r>
      <w:r w:rsidRPr="00F82E34">
        <w:rPr>
          <w:rFonts w:ascii="Roboto" w:hAnsi="Roboto"/>
        </w:rPr>
        <w:t xml:space="preserve"> (maksymalnie 1000 znaków)</w:t>
      </w:r>
    </w:p>
    <w:p w14:paraId="1BE321CC" w14:textId="01B0524A" w:rsidR="004F5C5F" w:rsidRPr="00F82E34" w:rsidRDefault="004F5C5F">
      <w:pPr>
        <w:rPr>
          <w:rFonts w:ascii="Roboto" w:hAnsi="Roboto"/>
          <w:sz w:val="20"/>
          <w:szCs w:val="20"/>
        </w:rPr>
      </w:pPr>
      <w:r w:rsidRPr="00F82E34">
        <w:rPr>
          <w:rFonts w:ascii="Roboto" w:hAnsi="Roboto"/>
          <w:sz w:val="20"/>
          <w:szCs w:val="20"/>
        </w:rPr>
        <w:t>Dodaj opis, który wskazuje na wewnętrzne problemy organizacji (</w:t>
      </w:r>
      <w:r w:rsidR="002939EB" w:rsidRPr="00F82E34">
        <w:rPr>
          <w:rFonts w:ascii="Roboto" w:hAnsi="Roboto"/>
          <w:sz w:val="20"/>
          <w:szCs w:val="20"/>
        </w:rPr>
        <w:t>np</w:t>
      </w:r>
      <w:r w:rsidRPr="00F82E34">
        <w:rPr>
          <w:rFonts w:ascii="Roboto" w:hAnsi="Roboto"/>
          <w:sz w:val="20"/>
          <w:szCs w:val="20"/>
        </w:rPr>
        <w:t>. trudności dot. zarządzania, współpracy z wolontariuszami, jakości usług)</w:t>
      </w:r>
      <w:r w:rsidR="00F1531D" w:rsidRPr="00F82E34">
        <w:rPr>
          <w:rFonts w:ascii="Roboto" w:hAnsi="Roboto"/>
          <w:sz w:val="20"/>
          <w:szCs w:val="20"/>
        </w:rPr>
        <w:t>.</w:t>
      </w:r>
    </w:p>
    <w:sdt>
      <w:sdtPr>
        <w:rPr>
          <w:rFonts w:ascii="Roboto" w:hAnsi="Roboto"/>
          <w:b/>
        </w:rPr>
        <w:id w:val="-1958169314"/>
        <w:placeholder>
          <w:docPart w:val="DefaultPlaceholder_-1854013440"/>
        </w:placeholder>
        <w:showingPlcHdr/>
        <w:text/>
      </w:sdtPr>
      <w:sdtEndPr/>
      <w:sdtContent>
        <w:p w14:paraId="15BA8D60" w14:textId="59DAB689" w:rsidR="002939EB" w:rsidRPr="00F82E34" w:rsidRDefault="002939EB">
          <w:pPr>
            <w:rPr>
              <w:rFonts w:ascii="Roboto" w:hAnsi="Roboto"/>
              <w:b/>
            </w:rPr>
          </w:pPr>
          <w:r w:rsidRPr="00F82E34">
            <w:rPr>
              <w:rStyle w:val="Tekstzastpczy"/>
              <w:rFonts w:ascii="Roboto" w:hAnsi="Roboto"/>
            </w:rPr>
            <w:t>Kliknij lub naciśnij tutaj, aby wprowadzić tekst.</w:t>
          </w:r>
        </w:p>
      </w:sdtContent>
    </w:sdt>
    <w:p w14:paraId="0C23C86A" w14:textId="77777777" w:rsidR="009D1C8D" w:rsidRPr="009D1C8D" w:rsidRDefault="009D1C8D" w:rsidP="009D1C8D">
      <w:pPr>
        <w:pStyle w:val="Akapitzlist"/>
        <w:rPr>
          <w:rFonts w:ascii="Roboto" w:hAnsi="Roboto"/>
        </w:rPr>
      </w:pPr>
    </w:p>
    <w:p w14:paraId="35D5919A" w14:textId="375F534A" w:rsidR="00DB0015" w:rsidRPr="00F82E34" w:rsidRDefault="00273FC5" w:rsidP="00EF4008">
      <w:pPr>
        <w:pStyle w:val="Akapitzlist"/>
        <w:numPr>
          <w:ilvl w:val="0"/>
          <w:numId w:val="11"/>
        </w:numPr>
        <w:rPr>
          <w:rFonts w:ascii="Roboto" w:hAnsi="Roboto"/>
        </w:rPr>
      </w:pPr>
      <w:r w:rsidRPr="00F82E34">
        <w:rPr>
          <w:rFonts w:ascii="Roboto" w:hAnsi="Roboto"/>
          <w:b/>
        </w:rPr>
        <w:t>Dlaczego chcecie przystąpić do programu?</w:t>
      </w:r>
      <w:r w:rsidRPr="00F82E34">
        <w:rPr>
          <w:rFonts w:ascii="Roboto" w:hAnsi="Roboto"/>
        </w:rPr>
        <w:t xml:space="preserve"> (maksymalnie 500 znaków)</w:t>
      </w:r>
    </w:p>
    <w:p w14:paraId="5D3F9550" w14:textId="30A021AA" w:rsidR="00DB0015" w:rsidRPr="00F82E34" w:rsidRDefault="00D932AF">
      <w:pPr>
        <w:pStyle w:val="Instrukcja"/>
        <w:rPr>
          <w:rFonts w:ascii="Roboto" w:hAnsi="Roboto"/>
          <w:i w:val="0"/>
          <w:iCs/>
          <w:color w:val="auto"/>
          <w:lang w:val="pl-PL"/>
        </w:rPr>
      </w:pPr>
      <w:r w:rsidRPr="00F82E34">
        <w:rPr>
          <w:rFonts w:ascii="Roboto" w:hAnsi="Roboto"/>
          <w:i w:val="0"/>
          <w:iCs/>
          <w:color w:val="auto"/>
          <w:lang w:val="pl-PL"/>
        </w:rPr>
        <w:t>Opisz co stanowi główną motywację do udziału w programie (np. możliwość wykorzystania szkoleń, udział w wizycie studyjnej, działania prowadzące do diagnozy organizacji)?</w:t>
      </w:r>
    </w:p>
    <w:sdt>
      <w:sdtPr>
        <w:rPr>
          <w:rFonts w:ascii="Roboto" w:hAnsi="Roboto"/>
        </w:rPr>
        <w:id w:val="-1574501506"/>
        <w:placeholder>
          <w:docPart w:val="DefaultPlaceholder_-1854013440"/>
        </w:placeholder>
        <w:showingPlcHdr/>
        <w:text/>
      </w:sdtPr>
      <w:sdtEndPr/>
      <w:sdtContent>
        <w:p w14:paraId="68406AB9" w14:textId="1AC21B9B" w:rsidR="00DB0015" w:rsidRPr="00F82E34" w:rsidRDefault="002939EB">
          <w:pPr>
            <w:rPr>
              <w:rFonts w:ascii="Roboto" w:hAnsi="Roboto"/>
            </w:rPr>
          </w:pPr>
          <w:r w:rsidRPr="00F82E34">
            <w:rPr>
              <w:rStyle w:val="Tekstzastpczy"/>
              <w:rFonts w:ascii="Roboto" w:hAnsi="Roboto"/>
            </w:rPr>
            <w:t>Kliknij lub naciśnij tutaj, aby wprowadzić tekst.</w:t>
          </w:r>
        </w:p>
      </w:sdtContent>
    </w:sdt>
    <w:p w14:paraId="0A4B21F0" w14:textId="53CC4C38" w:rsidR="00DB0015" w:rsidRPr="00F82E34" w:rsidRDefault="00273FC5">
      <w:pPr>
        <w:pStyle w:val="Nagwek1"/>
        <w:rPr>
          <w:rFonts w:ascii="Roboto" w:hAnsi="Roboto"/>
        </w:rPr>
      </w:pPr>
      <w:r w:rsidRPr="00F82E34">
        <w:rPr>
          <w:rFonts w:ascii="Roboto" w:hAnsi="Roboto"/>
        </w:rPr>
        <w:t>7. F. Dostępność i racjonalne usprawnienia</w:t>
      </w:r>
    </w:p>
    <w:p w14:paraId="7F61A8C9" w14:textId="77777777" w:rsidR="00DB0015" w:rsidRPr="00F82E34" w:rsidRDefault="00273FC5">
      <w:pPr>
        <w:pStyle w:val="Instrukcja"/>
        <w:rPr>
          <w:rFonts w:ascii="Roboto" w:hAnsi="Roboto"/>
          <w:i w:val="0"/>
          <w:iCs/>
          <w:color w:val="auto"/>
          <w:lang w:val="pl-PL"/>
        </w:rPr>
      </w:pPr>
      <w:r w:rsidRPr="00F82E34">
        <w:rPr>
          <w:rFonts w:ascii="Roboto" w:hAnsi="Roboto"/>
          <w:i w:val="0"/>
          <w:iCs/>
          <w:color w:val="auto"/>
          <w:lang w:val="pl-PL"/>
        </w:rPr>
        <w:t>Informacje służą zapewnieniu dostępnego udziału w projekcie. Odpowiedź nie wpływa negatywnie na ocenę zgłoszenia.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0"/>
        <w:gridCol w:w="5216"/>
      </w:tblGrid>
      <w:tr w:rsidR="00DB0015" w:rsidRPr="00F82E34" w14:paraId="78ABE4D4" w14:textId="77777777">
        <w:trPr>
          <w:tblHeader/>
          <w:jc w:val="center"/>
        </w:trPr>
        <w:tc>
          <w:tcPr>
            <w:tcW w:w="5100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095147D" w14:textId="3F7CCC9F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  <w:b/>
              </w:rPr>
              <w:t>Pytanie</w:t>
            </w:r>
          </w:p>
        </w:tc>
        <w:tc>
          <w:tcPr>
            <w:tcW w:w="5100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23FE7C9" w14:textId="77777777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  <w:b/>
              </w:rPr>
              <w:t>Odpowiedź</w:t>
            </w:r>
          </w:p>
        </w:tc>
      </w:tr>
      <w:tr w:rsidR="00DB0015" w:rsidRPr="00F82E34" w14:paraId="44C3817B" w14:textId="77777777">
        <w:trPr>
          <w:cantSplit/>
          <w:jc w:val="center"/>
        </w:trPr>
        <w:tc>
          <w:tcPr>
            <w:tcW w:w="4082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5769EE9" w14:textId="77777777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Czy organizacja lub osoby delegowane potrzebują dostosowań umożliwiających udział w projekcie?</w:t>
            </w:r>
          </w:p>
        </w:tc>
        <w:tc>
          <w:tcPr>
            <w:tcW w:w="5216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2BB4143" w14:textId="64B04950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 xml:space="preserve">Zaznacz właściwą odpowiedź: </w:t>
            </w:r>
            <w:r w:rsidRPr="00F82E34">
              <w:rPr>
                <w:rFonts w:ascii="Segoe UI Symbol" w:hAnsi="Segoe UI Symbol" w:cs="Segoe UI Symbol"/>
              </w:rPr>
              <w:t>☐</w:t>
            </w:r>
            <w:r w:rsidRPr="00F82E34">
              <w:rPr>
                <w:rFonts w:ascii="Roboto" w:hAnsi="Roboto"/>
              </w:rPr>
              <w:t xml:space="preserve"> TAK</w:t>
            </w:r>
            <w:r w:rsidR="002939EB" w:rsidRPr="00F82E34">
              <w:rPr>
                <w:rFonts w:ascii="Roboto" w:hAnsi="Roboto"/>
              </w:rPr>
              <w:t xml:space="preserve"> </w:t>
            </w:r>
            <w:r w:rsidRPr="00F82E34">
              <w:rPr>
                <w:rFonts w:ascii="Segoe UI Symbol" w:hAnsi="Segoe UI Symbol" w:cs="Segoe UI Symbol"/>
              </w:rPr>
              <w:t>☐</w:t>
            </w:r>
            <w:r w:rsidRPr="00F82E34">
              <w:rPr>
                <w:rFonts w:ascii="Roboto" w:hAnsi="Roboto"/>
              </w:rPr>
              <w:t xml:space="preserve"> NIE</w:t>
            </w:r>
          </w:p>
        </w:tc>
      </w:tr>
    </w:tbl>
    <w:p w14:paraId="2A1F978E" w14:textId="77777777" w:rsidR="00DB0015" w:rsidRPr="00F82E34" w:rsidRDefault="00273FC5">
      <w:pPr>
        <w:rPr>
          <w:rFonts w:ascii="Roboto" w:hAnsi="Roboto"/>
        </w:rPr>
      </w:pPr>
      <w:r w:rsidRPr="00F82E34">
        <w:rPr>
          <w:rFonts w:ascii="Roboto" w:hAnsi="Roboto"/>
          <w:b/>
        </w:rPr>
        <w:t>Jakich dostosowań potrzebujecie?</w:t>
      </w:r>
    </w:p>
    <w:p w14:paraId="1905F250" w14:textId="77777777" w:rsidR="00DB0015" w:rsidRPr="00F82E34" w:rsidRDefault="00273FC5">
      <w:pPr>
        <w:pStyle w:val="Instrukcja"/>
        <w:rPr>
          <w:rFonts w:ascii="Roboto" w:hAnsi="Roboto"/>
          <w:i w:val="0"/>
          <w:iCs/>
          <w:color w:val="auto"/>
          <w:lang w:val="pl-PL"/>
        </w:rPr>
      </w:pPr>
      <w:r w:rsidRPr="00F82E34">
        <w:rPr>
          <w:rFonts w:ascii="Roboto" w:hAnsi="Roboto"/>
          <w:i w:val="0"/>
          <w:iCs/>
          <w:color w:val="auto"/>
          <w:lang w:val="pl-PL"/>
        </w:rPr>
        <w:t>Wypełnij, gdy zaznaczono TAK. Możesz wskazać np. dostęp architektoniczny, tłumaczenie PJM, materiały w formacie dostępnym, pętlę indukcyjną, wsparcie asystenta lub inne rozwiązanie.</w:t>
      </w:r>
    </w:p>
    <w:sdt>
      <w:sdtPr>
        <w:rPr>
          <w:rFonts w:ascii="Roboto" w:hAnsi="Roboto"/>
          <w:i w:val="0"/>
          <w:iCs/>
          <w:color w:val="auto"/>
          <w:sz w:val="22"/>
          <w:lang w:val="pl-PL"/>
        </w:rPr>
        <w:id w:val="-302083573"/>
        <w:placeholder>
          <w:docPart w:val="DefaultPlaceholder_-1854013440"/>
        </w:placeholder>
        <w:showingPlcHdr/>
      </w:sdtPr>
      <w:sdtEndPr/>
      <w:sdtContent>
        <w:p w14:paraId="5EDA0B87" w14:textId="06A4C9FC" w:rsidR="002939EB" w:rsidRPr="00F82E34" w:rsidRDefault="002939EB">
          <w:pPr>
            <w:pStyle w:val="Instrukcja"/>
            <w:rPr>
              <w:rFonts w:ascii="Roboto" w:hAnsi="Roboto"/>
              <w:i w:val="0"/>
              <w:iCs/>
              <w:color w:val="auto"/>
              <w:sz w:val="22"/>
              <w:lang w:val="pl-PL"/>
            </w:rPr>
          </w:pPr>
          <w:r w:rsidRPr="00F82E34">
            <w:rPr>
              <w:rStyle w:val="Tekstzastpczy"/>
              <w:rFonts w:ascii="Roboto" w:hAnsi="Roboto"/>
              <w:i w:val="0"/>
              <w:iCs/>
              <w:sz w:val="22"/>
              <w:lang w:val="pl-PL"/>
            </w:rPr>
            <w:t>Kliknij lub naciśnij tutaj, aby wprowadzić tekst.</w:t>
          </w:r>
        </w:p>
      </w:sdtContent>
    </w:sdt>
    <w:p w14:paraId="7415ABDE" w14:textId="77777777" w:rsidR="00DB0015" w:rsidRPr="00F82E34" w:rsidRDefault="00273FC5">
      <w:pPr>
        <w:pStyle w:val="Nagwek1"/>
        <w:rPr>
          <w:rFonts w:ascii="Roboto" w:hAnsi="Roboto"/>
        </w:rPr>
      </w:pPr>
      <w:r w:rsidRPr="00F82E34">
        <w:rPr>
          <w:rFonts w:ascii="Roboto" w:hAnsi="Roboto"/>
        </w:rPr>
        <w:t>8. G. Załączniki</w:t>
      </w:r>
    </w:p>
    <w:p w14:paraId="7E6F698B" w14:textId="77777777" w:rsidR="00DB0015" w:rsidRPr="00F82E34" w:rsidRDefault="00273FC5">
      <w:pPr>
        <w:pStyle w:val="Instrukcja"/>
        <w:rPr>
          <w:rFonts w:ascii="Roboto" w:hAnsi="Roboto"/>
          <w:i w:val="0"/>
          <w:iCs/>
          <w:color w:val="auto"/>
          <w:lang w:val="pl-PL"/>
        </w:rPr>
      </w:pPr>
      <w:r w:rsidRPr="00F82E34">
        <w:rPr>
          <w:rFonts w:ascii="Roboto" w:hAnsi="Roboto"/>
          <w:i w:val="0"/>
          <w:iCs/>
          <w:color w:val="auto"/>
          <w:lang w:val="pl-PL"/>
        </w:rPr>
        <w:t>Zaznacz dokumenty dołączone do zgłoszenia. Przy pozycji warunkowej zaznacz „nie dotyczy”, gdy dokument nie jest wymagany.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587"/>
        <w:gridCol w:w="4729"/>
      </w:tblGrid>
      <w:tr w:rsidR="00DB0015" w:rsidRPr="00F82E34" w14:paraId="41FB9808" w14:textId="77777777" w:rsidTr="00681A79">
        <w:trPr>
          <w:tblHeader/>
          <w:jc w:val="center"/>
        </w:trPr>
        <w:tc>
          <w:tcPr>
            <w:tcW w:w="5587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330EA1E" w14:textId="61D7A20F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  <w:b/>
              </w:rPr>
              <w:t>Załącznik</w:t>
            </w:r>
            <w:r w:rsidR="00EC16F2" w:rsidRPr="00F82E34">
              <w:rPr>
                <w:rFonts w:ascii="Roboto" w:hAnsi="Roboto"/>
                <w:b/>
              </w:rPr>
              <w:t xml:space="preserve"> (nazwa pola)</w:t>
            </w:r>
          </w:p>
        </w:tc>
        <w:tc>
          <w:tcPr>
            <w:tcW w:w="4729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69234AC" w14:textId="77777777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  <w:b/>
              </w:rPr>
              <w:t>Status</w:t>
            </w:r>
          </w:p>
        </w:tc>
      </w:tr>
      <w:tr w:rsidR="00DB0015" w:rsidRPr="00F82E34" w14:paraId="77470E8C" w14:textId="77777777" w:rsidTr="00681A79">
        <w:trPr>
          <w:cantSplit/>
          <w:jc w:val="center"/>
        </w:trPr>
        <w:tc>
          <w:tcPr>
            <w:tcW w:w="558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C0433CF" w14:textId="1A57F820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Statut organizacji</w:t>
            </w:r>
          </w:p>
        </w:tc>
        <w:tc>
          <w:tcPr>
            <w:tcW w:w="4729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8448248" w14:textId="5BEAC3DE" w:rsidR="00DB0015" w:rsidRPr="00F82E34" w:rsidRDefault="00B636EA">
            <w:pPr>
              <w:rPr>
                <w:rFonts w:ascii="Roboto" w:hAnsi="Roboto"/>
              </w:rPr>
            </w:pPr>
            <w:sdt>
              <w:sdtPr>
                <w:rPr>
                  <w:rFonts w:ascii="Roboto" w:hAnsi="Roboto" w:cs="Segoe UI Symbol"/>
                </w:rPr>
                <w:id w:val="-344248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4F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B5F4F" w:rsidRPr="00F82E34">
              <w:rPr>
                <w:rFonts w:ascii="Roboto" w:hAnsi="Roboto"/>
              </w:rPr>
              <w:t xml:space="preserve"> dołączono</w:t>
            </w:r>
          </w:p>
        </w:tc>
      </w:tr>
      <w:tr w:rsidR="00DB0015" w:rsidRPr="00F82E34" w14:paraId="3CA016CF" w14:textId="77777777" w:rsidTr="00681A79">
        <w:trPr>
          <w:cantSplit/>
          <w:jc w:val="center"/>
        </w:trPr>
        <w:tc>
          <w:tcPr>
            <w:tcW w:w="558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C05FD94" w14:textId="0C891033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 xml:space="preserve">Dokument rejestrowy </w:t>
            </w:r>
            <w:r w:rsidR="00E86192">
              <w:rPr>
                <w:rFonts w:ascii="Roboto" w:hAnsi="Roboto"/>
              </w:rPr>
              <w:t>(</w:t>
            </w:r>
            <w:r w:rsidRPr="00F82E34">
              <w:rPr>
                <w:rFonts w:ascii="Roboto" w:hAnsi="Roboto"/>
              </w:rPr>
              <w:t>jeśli dane nie są dostępne publicznie</w:t>
            </w:r>
            <w:r w:rsidR="00E86192">
              <w:rPr>
                <w:rFonts w:ascii="Roboto" w:hAnsi="Roboto"/>
              </w:rPr>
              <w:t>)</w:t>
            </w:r>
          </w:p>
        </w:tc>
        <w:tc>
          <w:tcPr>
            <w:tcW w:w="4729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CDE0630" w14:textId="58A2B4CC" w:rsidR="00DB0015" w:rsidRPr="00F82E34" w:rsidRDefault="00B636EA">
            <w:pPr>
              <w:rPr>
                <w:rFonts w:ascii="Roboto" w:hAnsi="Roboto"/>
              </w:rPr>
            </w:pPr>
            <w:sdt>
              <w:sdtPr>
                <w:rPr>
                  <w:rFonts w:ascii="Roboto" w:hAnsi="Roboto" w:cs="Segoe UI Symbol"/>
                </w:rPr>
                <w:id w:val="-1664165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4F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B5F4F" w:rsidRPr="00F82E34">
              <w:rPr>
                <w:rFonts w:ascii="Roboto" w:hAnsi="Roboto"/>
              </w:rPr>
              <w:t xml:space="preserve"> dołączono </w:t>
            </w:r>
            <w:sdt>
              <w:sdtPr>
                <w:rPr>
                  <w:rFonts w:ascii="Roboto" w:hAnsi="Roboto"/>
                </w:rPr>
                <w:id w:val="-1236240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4F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B5F4F" w:rsidRPr="00F82E34">
              <w:rPr>
                <w:rFonts w:ascii="Roboto" w:hAnsi="Roboto"/>
              </w:rPr>
              <w:t xml:space="preserve"> nie dotyczy</w:t>
            </w:r>
          </w:p>
        </w:tc>
      </w:tr>
      <w:tr w:rsidR="00DB0015" w:rsidRPr="00F82E34" w14:paraId="4E72B4B7" w14:textId="77777777" w:rsidTr="00681A79">
        <w:trPr>
          <w:cantSplit/>
          <w:jc w:val="center"/>
        </w:trPr>
        <w:tc>
          <w:tcPr>
            <w:tcW w:w="558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497E5F4" w14:textId="6FE2D50A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lastRenderedPageBreak/>
              <w:t>Formularz zgłoszeniowy organizacji/NGO</w:t>
            </w:r>
          </w:p>
        </w:tc>
        <w:tc>
          <w:tcPr>
            <w:tcW w:w="4729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25DAAEB" w14:textId="537D802C" w:rsidR="00DB0015" w:rsidRPr="00F82E34" w:rsidRDefault="00B636EA">
            <w:pPr>
              <w:rPr>
                <w:rFonts w:ascii="Roboto" w:hAnsi="Roboto"/>
              </w:rPr>
            </w:pPr>
            <w:sdt>
              <w:sdtPr>
                <w:rPr>
                  <w:rFonts w:ascii="Roboto" w:hAnsi="Roboto" w:cs="Segoe UI Symbol"/>
                </w:rPr>
                <w:id w:val="1480418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4F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B5F4F" w:rsidRPr="00F82E34">
              <w:rPr>
                <w:rFonts w:ascii="Roboto" w:hAnsi="Roboto"/>
              </w:rPr>
              <w:t xml:space="preserve"> dołączono</w:t>
            </w:r>
          </w:p>
        </w:tc>
      </w:tr>
      <w:tr w:rsidR="00DB0015" w:rsidRPr="00F82E34" w14:paraId="729C0920" w14:textId="77777777" w:rsidTr="00681A79">
        <w:trPr>
          <w:cantSplit/>
          <w:jc w:val="center"/>
        </w:trPr>
        <w:tc>
          <w:tcPr>
            <w:tcW w:w="558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18BA4ED" w14:textId="50D37865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Formularze zgłoszeniowe osób delegowanych</w:t>
            </w:r>
            <w:r w:rsidR="00681A79" w:rsidRPr="00F82E34">
              <w:rPr>
                <w:rFonts w:ascii="Roboto" w:hAnsi="Roboto"/>
              </w:rPr>
              <w:t xml:space="preserve"> (wymagane dla każdej delegowanej osoby z sekcji C)</w:t>
            </w:r>
          </w:p>
        </w:tc>
        <w:tc>
          <w:tcPr>
            <w:tcW w:w="4729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542E6C7" w14:textId="7474523C" w:rsidR="00DB0015" w:rsidRPr="00F82E34" w:rsidRDefault="00B636EA">
            <w:pPr>
              <w:rPr>
                <w:rFonts w:ascii="Roboto" w:hAnsi="Roboto"/>
              </w:rPr>
            </w:pPr>
            <w:sdt>
              <w:sdtPr>
                <w:rPr>
                  <w:rFonts w:ascii="Roboto" w:hAnsi="Roboto" w:cs="Segoe UI Symbol"/>
                </w:rPr>
                <w:id w:val="291256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4F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B5F4F" w:rsidRPr="00F82E34">
              <w:rPr>
                <w:rFonts w:ascii="Roboto" w:hAnsi="Roboto"/>
              </w:rPr>
              <w:t xml:space="preserve"> dołączono</w:t>
            </w:r>
          </w:p>
        </w:tc>
      </w:tr>
      <w:tr w:rsidR="00DB0015" w:rsidRPr="00F82E34" w14:paraId="35B609A8" w14:textId="77777777" w:rsidTr="00681A79">
        <w:trPr>
          <w:cantSplit/>
          <w:jc w:val="center"/>
        </w:trPr>
        <w:tc>
          <w:tcPr>
            <w:tcW w:w="558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717109A" w14:textId="07390DFC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 xml:space="preserve">Dokument potwierdzający delegowanie osób lub ich związek z organizacją </w:t>
            </w:r>
            <w:r w:rsidR="00E86192">
              <w:rPr>
                <w:rFonts w:ascii="Roboto" w:hAnsi="Roboto"/>
              </w:rPr>
              <w:t>(</w:t>
            </w:r>
            <w:r w:rsidRPr="00F82E34">
              <w:rPr>
                <w:rFonts w:ascii="Roboto" w:hAnsi="Roboto"/>
              </w:rPr>
              <w:t>gdy wymagany</w:t>
            </w:r>
            <w:r w:rsidR="00E86192">
              <w:rPr>
                <w:rFonts w:ascii="Roboto" w:hAnsi="Roboto"/>
              </w:rPr>
              <w:t>)</w:t>
            </w:r>
          </w:p>
        </w:tc>
        <w:tc>
          <w:tcPr>
            <w:tcW w:w="4729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2480B21" w14:textId="70DFA5CF" w:rsidR="000B5F4F" w:rsidRPr="00F82E34" w:rsidRDefault="00B636EA">
            <w:pPr>
              <w:rPr>
                <w:rFonts w:ascii="Roboto" w:hAnsi="Roboto"/>
              </w:rPr>
            </w:pPr>
            <w:sdt>
              <w:sdtPr>
                <w:rPr>
                  <w:rFonts w:ascii="Roboto" w:hAnsi="Roboto" w:cs="Segoe UI Symbol"/>
                </w:rPr>
                <w:id w:val="-1942671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4F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B5F4F" w:rsidRPr="00F82E34">
              <w:rPr>
                <w:rFonts w:ascii="Roboto" w:hAnsi="Roboto"/>
              </w:rPr>
              <w:t xml:space="preserve"> dołączono</w:t>
            </w:r>
          </w:p>
          <w:p w14:paraId="6A5CC39F" w14:textId="77777777" w:rsidR="000B5F4F" w:rsidRPr="00F82E34" w:rsidRDefault="00B636EA">
            <w:pPr>
              <w:rPr>
                <w:rFonts w:ascii="Roboto" w:hAnsi="Roboto"/>
              </w:rPr>
            </w:pPr>
            <w:sdt>
              <w:sdtPr>
                <w:rPr>
                  <w:rFonts w:ascii="Roboto" w:hAnsi="Roboto" w:cs="Segoe UI Symbol"/>
                </w:rPr>
                <w:id w:val="1089820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4F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B5F4F" w:rsidRPr="00F82E34">
              <w:rPr>
                <w:rFonts w:ascii="Roboto" w:hAnsi="Roboto"/>
              </w:rPr>
              <w:t xml:space="preserve"> zostanie dostarczony przed podpisaniem umowy   </w:t>
            </w:r>
          </w:p>
          <w:p w14:paraId="7AE4C712" w14:textId="73282B36" w:rsidR="00DB0015" w:rsidRPr="00F82E34" w:rsidRDefault="00B636EA">
            <w:pPr>
              <w:rPr>
                <w:rFonts w:ascii="Roboto" w:hAnsi="Roboto"/>
              </w:rPr>
            </w:pPr>
            <w:sdt>
              <w:sdtPr>
                <w:rPr>
                  <w:rFonts w:ascii="Roboto" w:hAnsi="Roboto" w:cs="Segoe UI Symbol"/>
                </w:rPr>
                <w:id w:val="159579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4F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B5F4F" w:rsidRPr="00F82E34">
              <w:rPr>
                <w:rFonts w:ascii="Roboto" w:hAnsi="Roboto"/>
              </w:rPr>
              <w:t xml:space="preserve"> nie dotyczy</w:t>
            </w:r>
          </w:p>
        </w:tc>
      </w:tr>
      <w:tr w:rsidR="00DB0015" w:rsidRPr="00F82E34" w14:paraId="05844456" w14:textId="77777777" w:rsidTr="00681A79">
        <w:trPr>
          <w:cantSplit/>
          <w:jc w:val="center"/>
        </w:trPr>
        <w:tc>
          <w:tcPr>
            <w:tcW w:w="558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39D3F49" w14:textId="6A48C853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Dokumenty potwierdzające inne kryteria preferencyjne</w:t>
            </w:r>
            <w:r w:rsidR="00E86192">
              <w:rPr>
                <w:rFonts w:ascii="Roboto" w:hAnsi="Roboto"/>
              </w:rPr>
              <w:t xml:space="preserve"> (fakultatywnie)</w:t>
            </w:r>
          </w:p>
        </w:tc>
        <w:tc>
          <w:tcPr>
            <w:tcW w:w="4729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2919169" w14:textId="35CACEF1" w:rsidR="00DB0015" w:rsidRPr="00F82E34" w:rsidRDefault="00B636EA">
            <w:pPr>
              <w:rPr>
                <w:rFonts w:ascii="Roboto" w:hAnsi="Roboto"/>
              </w:rPr>
            </w:pPr>
            <w:sdt>
              <w:sdtPr>
                <w:rPr>
                  <w:rFonts w:ascii="Roboto" w:hAnsi="Roboto" w:cs="Segoe UI Symbol"/>
                </w:rPr>
                <w:id w:val="421930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4F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B5F4F" w:rsidRPr="00F82E34">
              <w:rPr>
                <w:rFonts w:ascii="Roboto" w:hAnsi="Roboto"/>
              </w:rPr>
              <w:t xml:space="preserve"> dołączono </w:t>
            </w:r>
            <w:sdt>
              <w:sdtPr>
                <w:rPr>
                  <w:rFonts w:ascii="Roboto" w:hAnsi="Roboto"/>
                </w:rPr>
                <w:id w:val="-1156758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4F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B5F4F" w:rsidRPr="00F82E34">
              <w:rPr>
                <w:rFonts w:ascii="Roboto" w:hAnsi="Roboto"/>
              </w:rPr>
              <w:t xml:space="preserve"> nie dotyczy</w:t>
            </w:r>
          </w:p>
        </w:tc>
      </w:tr>
      <w:tr w:rsidR="00DB0015" w:rsidRPr="00F82E34" w14:paraId="07290E2D" w14:textId="77777777" w:rsidTr="00681A79">
        <w:trPr>
          <w:cantSplit/>
          <w:jc w:val="center"/>
        </w:trPr>
        <w:tc>
          <w:tcPr>
            <w:tcW w:w="5587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E3E4CE4" w14:textId="1EA3054E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Inne załączniki - wpisz jakie</w:t>
            </w:r>
            <w:r w:rsidR="00E86192">
              <w:rPr>
                <w:rFonts w:ascii="Roboto" w:hAnsi="Roboto"/>
              </w:rPr>
              <w:t xml:space="preserve"> (fakultatywnie)</w:t>
            </w:r>
          </w:p>
        </w:tc>
        <w:sdt>
          <w:sdtPr>
            <w:rPr>
              <w:rFonts w:ascii="Roboto" w:hAnsi="Roboto"/>
            </w:rPr>
            <w:id w:val="23505667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729" w:type="dxa"/>
                <w:tcMar>
                  <w:top w:w="90" w:type="dxa"/>
                  <w:left w:w="100" w:type="dxa"/>
                  <w:bottom w:w="90" w:type="dxa"/>
                  <w:right w:w="100" w:type="dxa"/>
                </w:tcMar>
              </w:tcPr>
              <w:p w14:paraId="7718A2C3" w14:textId="05277005" w:rsidR="00DB0015" w:rsidRPr="00F82E34" w:rsidRDefault="009D1C8D">
                <w:pPr>
                  <w:rPr>
                    <w:rFonts w:ascii="Roboto" w:hAnsi="Roboto"/>
                  </w:rPr>
                </w:pPr>
                <w:r w:rsidRPr="00477B5F">
                  <w:rPr>
                    <w:rStyle w:val="Tekstzastpczy"/>
                    <w:lang w:val="en-US"/>
                  </w:rPr>
                  <w:t>Kliknij lub naciśnij tutaj, aby wprowadzić tekst.</w:t>
                </w:r>
              </w:p>
            </w:tc>
          </w:sdtContent>
        </w:sdt>
      </w:tr>
    </w:tbl>
    <w:p w14:paraId="347D7C5C" w14:textId="77777777" w:rsidR="00DB0015" w:rsidRPr="00F82E34" w:rsidRDefault="00273FC5">
      <w:pPr>
        <w:pStyle w:val="Nagwek1"/>
        <w:rPr>
          <w:rFonts w:ascii="Roboto" w:hAnsi="Roboto"/>
        </w:rPr>
      </w:pPr>
      <w:r w:rsidRPr="00F82E34">
        <w:rPr>
          <w:rFonts w:ascii="Roboto" w:hAnsi="Roboto"/>
        </w:rPr>
        <w:t>9. H. Oświadczenia końcowe</w:t>
      </w:r>
    </w:p>
    <w:p w14:paraId="4C0C9644" w14:textId="1111E272" w:rsidR="00DB0015" w:rsidRPr="00F82E34" w:rsidRDefault="00273FC5" w:rsidP="00097039">
      <w:pPr>
        <w:pStyle w:val="Instrukcja"/>
        <w:rPr>
          <w:rFonts w:ascii="Roboto" w:hAnsi="Roboto"/>
          <w:lang w:val="pl-PL"/>
        </w:rPr>
      </w:pPr>
      <w:r w:rsidRPr="00F82E34">
        <w:rPr>
          <w:rFonts w:ascii="Roboto" w:hAnsi="Roboto"/>
          <w:lang w:val="pl-PL"/>
        </w:rPr>
        <w:t>Każde obowiązkowe oświadczenie należy potwierdzić przez zaznaczenie pola TAK.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52"/>
        <w:gridCol w:w="7564"/>
      </w:tblGrid>
      <w:tr w:rsidR="00DB0015" w:rsidRPr="00F82E34" w14:paraId="2B4ED2FD" w14:textId="77777777" w:rsidTr="00504408">
        <w:trPr>
          <w:tblHeader/>
          <w:jc w:val="center"/>
        </w:trPr>
        <w:tc>
          <w:tcPr>
            <w:tcW w:w="2752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9ED9A61" w14:textId="77777777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  <w:b/>
              </w:rPr>
              <w:t>Oświadczenie</w:t>
            </w:r>
          </w:p>
        </w:tc>
        <w:tc>
          <w:tcPr>
            <w:tcW w:w="7564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B482F63" w14:textId="77777777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  <w:b/>
              </w:rPr>
              <w:t>Treść i decyzja</w:t>
            </w:r>
          </w:p>
        </w:tc>
      </w:tr>
      <w:tr w:rsidR="00097039" w:rsidRPr="00F82E34" w14:paraId="718284CC" w14:textId="77777777" w:rsidTr="00504408">
        <w:trPr>
          <w:cantSplit/>
          <w:jc w:val="center"/>
        </w:trPr>
        <w:tc>
          <w:tcPr>
            <w:tcW w:w="2752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ADA7446" w14:textId="40C60498" w:rsidR="00097039" w:rsidRPr="00F82E34" w:rsidRDefault="00097039" w:rsidP="00097039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Organizacja społeczeństwa obywatelskiego</w:t>
            </w:r>
          </w:p>
        </w:tc>
        <w:tc>
          <w:tcPr>
            <w:tcW w:w="756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9AB73B3" w14:textId="05C725CA" w:rsidR="00097039" w:rsidRPr="00F82E34" w:rsidRDefault="00097039" w:rsidP="00097039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Podmiot zgłaszający jest organizacją społeczeństwa obywatelskiego uprawnioną do udziału w projekcie „Mosty współpracy” na warunkach określonych w regulaminie.</w:t>
            </w:r>
            <w:r w:rsidRPr="00F82E34">
              <w:rPr>
                <w:rFonts w:ascii="Roboto" w:hAnsi="Roboto"/>
              </w:rPr>
              <w:br/>
              <w:t xml:space="preserve">Zaznacz:  </w:t>
            </w:r>
            <w:sdt>
              <w:sdtPr>
                <w:rPr>
                  <w:rFonts w:ascii="Roboto" w:hAnsi="Roboto"/>
                </w:rPr>
                <w:id w:val="-244644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4F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 xml:space="preserve"> TAK </w:t>
            </w:r>
            <w:sdt>
              <w:sdtPr>
                <w:rPr>
                  <w:rFonts w:ascii="Roboto" w:hAnsi="Roboto"/>
                </w:rPr>
                <w:id w:val="-908080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4F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 xml:space="preserve"> NIE</w:t>
            </w:r>
          </w:p>
        </w:tc>
      </w:tr>
      <w:tr w:rsidR="00097039" w:rsidRPr="00F82E34" w14:paraId="4F4A267B" w14:textId="77777777" w:rsidTr="00504408">
        <w:trPr>
          <w:cantSplit/>
          <w:jc w:val="center"/>
        </w:trPr>
        <w:tc>
          <w:tcPr>
            <w:tcW w:w="2752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718229A" w14:textId="4A1CE911" w:rsidR="00097039" w:rsidRPr="00F82E34" w:rsidRDefault="00097039" w:rsidP="00097039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Podmiot nie jest partią polityczną ani powiązanym podmiotem</w:t>
            </w:r>
          </w:p>
        </w:tc>
        <w:tc>
          <w:tcPr>
            <w:tcW w:w="756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3F45414" w14:textId="19A4899A" w:rsidR="00097039" w:rsidRPr="00F82E34" w:rsidRDefault="00097039" w:rsidP="00097039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Podmiot nie należy do kategorii wyłączonych z udziału w projekcie: partia polityczna, europejska partia polityczna, związek zawodowy, organizacja pracodawców, samorząd zawodowy, fundacja utworzona przez partię polityczną lub europejska fundacja polityczna.</w:t>
            </w:r>
            <w:r w:rsidRPr="00F82E34">
              <w:rPr>
                <w:rFonts w:ascii="Roboto" w:hAnsi="Roboto"/>
              </w:rPr>
              <w:br/>
              <w:t xml:space="preserve">Zaznacz:  </w:t>
            </w:r>
            <w:sdt>
              <w:sdtPr>
                <w:rPr>
                  <w:rFonts w:ascii="Roboto" w:hAnsi="Roboto"/>
                </w:rPr>
                <w:id w:val="1366093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4F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 xml:space="preserve"> TAK </w:t>
            </w:r>
            <w:sdt>
              <w:sdtPr>
                <w:rPr>
                  <w:rFonts w:ascii="Roboto" w:hAnsi="Roboto"/>
                </w:rPr>
                <w:id w:val="-1029650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4F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 xml:space="preserve"> NIE</w:t>
            </w:r>
          </w:p>
        </w:tc>
      </w:tr>
      <w:tr w:rsidR="00097039" w:rsidRPr="00F82E34" w14:paraId="3715A56C" w14:textId="77777777" w:rsidTr="00504408">
        <w:trPr>
          <w:cantSplit/>
          <w:jc w:val="center"/>
        </w:trPr>
        <w:tc>
          <w:tcPr>
            <w:tcW w:w="2752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A010E94" w14:textId="1B334B17" w:rsidR="00097039" w:rsidRPr="00F82E34" w:rsidRDefault="00097039" w:rsidP="00097039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Siedziba / oddział w subregionie województwa śląskiego</w:t>
            </w:r>
          </w:p>
        </w:tc>
        <w:tc>
          <w:tcPr>
            <w:tcW w:w="756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598EEFF" w14:textId="29BA4F69" w:rsidR="00097039" w:rsidRPr="00F82E34" w:rsidRDefault="00097039" w:rsidP="00097039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Organizacja posiada siedzibę, oddział lub jednostkę organizacyjną w subregionie województwa śląskiego wskazanym w zgłoszeniu.</w:t>
            </w:r>
            <w:r w:rsidRPr="00F82E34">
              <w:rPr>
                <w:rFonts w:ascii="Roboto" w:hAnsi="Roboto"/>
              </w:rPr>
              <w:br/>
              <w:t xml:space="preserve">Zaznacz:  </w:t>
            </w:r>
            <w:sdt>
              <w:sdtPr>
                <w:rPr>
                  <w:rFonts w:ascii="Roboto" w:hAnsi="Roboto"/>
                </w:rPr>
                <w:id w:val="-205415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4F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 xml:space="preserve"> TAK </w:t>
            </w:r>
            <w:sdt>
              <w:sdtPr>
                <w:rPr>
                  <w:rFonts w:ascii="Roboto" w:hAnsi="Roboto"/>
                </w:rPr>
                <w:id w:val="-1430578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08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 xml:space="preserve"> NIE</w:t>
            </w:r>
          </w:p>
        </w:tc>
      </w:tr>
      <w:tr w:rsidR="00097039" w:rsidRPr="00F82E34" w14:paraId="09B3B5A5" w14:textId="77777777" w:rsidTr="00504408">
        <w:trPr>
          <w:cantSplit/>
          <w:jc w:val="center"/>
        </w:trPr>
        <w:tc>
          <w:tcPr>
            <w:tcW w:w="2752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9767824" w14:textId="055DC359" w:rsidR="00097039" w:rsidRPr="00F82E34" w:rsidRDefault="00097039" w:rsidP="00097039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Prawdziwość podanych danych</w:t>
            </w:r>
          </w:p>
        </w:tc>
        <w:tc>
          <w:tcPr>
            <w:tcW w:w="756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0EC061F" w14:textId="7173E805" w:rsidR="00097039" w:rsidRPr="00F82E34" w:rsidRDefault="00097039" w:rsidP="00097039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Wszystkie dane podane w formularzu są zgodne z prawdą i stanem faktycznym na dzień złożenia zgłoszenia.</w:t>
            </w:r>
            <w:r w:rsidRPr="00F82E34">
              <w:rPr>
                <w:rFonts w:ascii="Roboto" w:hAnsi="Roboto"/>
              </w:rPr>
              <w:br/>
              <w:t xml:space="preserve">Zaznacz:  </w:t>
            </w:r>
            <w:sdt>
              <w:sdtPr>
                <w:rPr>
                  <w:rFonts w:ascii="Roboto" w:hAnsi="Roboto"/>
                </w:rPr>
                <w:id w:val="-1394883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4F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 xml:space="preserve"> TAK</w:t>
            </w:r>
            <w:r w:rsidR="000B5F4F" w:rsidRPr="00F82E34">
              <w:rPr>
                <w:rFonts w:ascii="Roboto" w:hAnsi="Roboto"/>
              </w:rPr>
              <w:t xml:space="preserve"> </w:t>
            </w:r>
            <w:sdt>
              <w:sdtPr>
                <w:rPr>
                  <w:rFonts w:ascii="Roboto" w:hAnsi="Roboto"/>
                </w:rPr>
                <w:id w:val="2106226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4F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 xml:space="preserve"> NIE</w:t>
            </w:r>
          </w:p>
        </w:tc>
      </w:tr>
      <w:tr w:rsidR="00097039" w:rsidRPr="00F82E34" w14:paraId="62A901AF" w14:textId="77777777" w:rsidTr="00504408">
        <w:trPr>
          <w:cantSplit/>
          <w:jc w:val="center"/>
        </w:trPr>
        <w:tc>
          <w:tcPr>
            <w:tcW w:w="2752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710403D" w14:textId="3B41D141" w:rsidR="00097039" w:rsidRPr="00F82E34" w:rsidRDefault="00097039" w:rsidP="00097039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Klauzula informacyjna RODO</w:t>
            </w:r>
          </w:p>
        </w:tc>
        <w:tc>
          <w:tcPr>
            <w:tcW w:w="756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57D4ABC" w14:textId="1674D305" w:rsidR="00097039" w:rsidRPr="00F82E34" w:rsidRDefault="00097039" w:rsidP="00097039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Potwierdzam zapoznanie się z informacją o przetwarzaniu danych osobowych w projekcie „Mosty współpracy”, dostępną na stronie internetowej CRIS (ogłoszenie naboru).</w:t>
            </w:r>
            <w:r w:rsidRPr="00F82E34">
              <w:rPr>
                <w:rFonts w:ascii="Roboto" w:hAnsi="Roboto"/>
              </w:rPr>
              <w:br/>
              <w:t xml:space="preserve">Zaznacz:  </w:t>
            </w:r>
            <w:sdt>
              <w:sdtPr>
                <w:rPr>
                  <w:rFonts w:ascii="Roboto" w:hAnsi="Roboto"/>
                </w:rPr>
                <w:id w:val="-1507592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4F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 xml:space="preserve"> TA</w:t>
            </w:r>
            <w:r w:rsidR="000B5F4F" w:rsidRPr="00F82E34">
              <w:rPr>
                <w:rFonts w:ascii="Roboto" w:hAnsi="Roboto"/>
              </w:rPr>
              <w:t xml:space="preserve">K </w:t>
            </w:r>
            <w:sdt>
              <w:sdtPr>
                <w:rPr>
                  <w:rFonts w:ascii="Roboto" w:hAnsi="Roboto"/>
                </w:rPr>
                <w:id w:val="-1533958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4F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 xml:space="preserve"> NIE</w:t>
            </w:r>
          </w:p>
        </w:tc>
      </w:tr>
      <w:tr w:rsidR="00097039" w:rsidRPr="00F82E34" w14:paraId="5935B081" w14:textId="77777777" w:rsidTr="00504408">
        <w:trPr>
          <w:cantSplit/>
          <w:jc w:val="center"/>
        </w:trPr>
        <w:tc>
          <w:tcPr>
            <w:tcW w:w="2752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654F16E" w14:textId="37B446DA" w:rsidR="00097039" w:rsidRPr="00F82E34" w:rsidRDefault="00097039" w:rsidP="00097039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lastRenderedPageBreak/>
              <w:t>Pomoc de minimis</w:t>
            </w:r>
          </w:p>
        </w:tc>
        <w:tc>
          <w:tcPr>
            <w:tcW w:w="756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3BEC919" w14:textId="320FD8AF" w:rsidR="00097039" w:rsidRPr="00F82E34" w:rsidRDefault="00097039" w:rsidP="00097039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Przyjmujemy do wiadomości, że wsparcie udzielane organizacji w ramach projektu stanowi pomoc de minimis i może wymagać zawarcia umowy oraz złożenia dodatkowych dokumentów.</w:t>
            </w:r>
            <w:r w:rsidRPr="00F82E34">
              <w:rPr>
                <w:rFonts w:ascii="Roboto" w:hAnsi="Roboto"/>
              </w:rPr>
              <w:br/>
              <w:t xml:space="preserve">Zaznacz:  </w:t>
            </w:r>
            <w:sdt>
              <w:sdtPr>
                <w:rPr>
                  <w:rFonts w:ascii="Roboto" w:hAnsi="Roboto"/>
                </w:rPr>
                <w:id w:val="50625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08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 xml:space="preserve"> TAK</w:t>
            </w:r>
            <w:r w:rsidR="000B5F4F" w:rsidRPr="00F82E34">
              <w:rPr>
                <w:rFonts w:ascii="Roboto" w:hAnsi="Roboto"/>
              </w:rPr>
              <w:t xml:space="preserve"> </w:t>
            </w:r>
            <w:sdt>
              <w:sdtPr>
                <w:rPr>
                  <w:rFonts w:ascii="Roboto" w:hAnsi="Roboto"/>
                </w:rPr>
                <w:id w:val="1881744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08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 xml:space="preserve"> NIE</w:t>
            </w:r>
          </w:p>
        </w:tc>
      </w:tr>
      <w:tr w:rsidR="00097039" w:rsidRPr="00F82E34" w14:paraId="3C1A0614" w14:textId="77777777" w:rsidTr="00504408">
        <w:trPr>
          <w:cantSplit/>
          <w:jc w:val="center"/>
        </w:trPr>
        <w:tc>
          <w:tcPr>
            <w:tcW w:w="2752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200414AB" w14:textId="4B016CC5" w:rsidR="00097039" w:rsidRPr="00F82E34" w:rsidRDefault="00097039" w:rsidP="00097039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Zgoda na kontakt w sprawie rekrutacji i realizacji</w:t>
            </w:r>
          </w:p>
        </w:tc>
        <w:tc>
          <w:tcPr>
            <w:tcW w:w="756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799A349" w14:textId="5DEA96C7" w:rsidR="00097039" w:rsidRPr="00F82E34" w:rsidRDefault="00097039" w:rsidP="00097039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Wyrażamy zgodę na kontakt w sprawie rekrutacji oraz realizacji projektu drogą elektroniczną i telefoniczną na adresy i numery wskazane w formularzu.</w:t>
            </w:r>
            <w:r w:rsidRPr="00F82E34">
              <w:rPr>
                <w:rFonts w:ascii="Roboto" w:hAnsi="Roboto"/>
              </w:rPr>
              <w:br/>
              <w:t xml:space="preserve">Zaznacz:  </w:t>
            </w:r>
            <w:sdt>
              <w:sdtPr>
                <w:rPr>
                  <w:rFonts w:ascii="Roboto" w:hAnsi="Roboto"/>
                </w:rPr>
                <w:id w:val="636535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08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 xml:space="preserve"> TAK </w:t>
            </w:r>
            <w:sdt>
              <w:sdtPr>
                <w:rPr>
                  <w:rFonts w:ascii="Roboto" w:hAnsi="Roboto"/>
                </w:rPr>
                <w:id w:val="50665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4008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 xml:space="preserve"> NIE</w:t>
            </w:r>
          </w:p>
        </w:tc>
      </w:tr>
      <w:tr w:rsidR="00097039" w:rsidRPr="00F82E34" w14:paraId="34213E49" w14:textId="77777777" w:rsidTr="00504408">
        <w:trPr>
          <w:cantSplit/>
          <w:jc w:val="center"/>
        </w:trPr>
        <w:tc>
          <w:tcPr>
            <w:tcW w:w="2752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25ADF2D" w14:textId="46AE8AE3" w:rsidR="00097039" w:rsidRPr="00F82E34" w:rsidRDefault="00097039" w:rsidP="00097039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Zgoda osób trzecich na przetwarzanie danych</w:t>
            </w:r>
          </w:p>
        </w:tc>
        <w:tc>
          <w:tcPr>
            <w:tcW w:w="7564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3306F0E" w14:textId="06F0A656" w:rsidR="00097039" w:rsidRPr="00F82E34" w:rsidRDefault="00097039" w:rsidP="00097039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Oświadczam, że osoby, których dane osobowe zawarto we wniosku, wyraziły na to zgodę i zapoznały się z właściwą klauzulą informacyjną.</w:t>
            </w:r>
            <w:r w:rsidRPr="00F82E34">
              <w:rPr>
                <w:rFonts w:ascii="Roboto" w:hAnsi="Roboto"/>
              </w:rPr>
              <w:br/>
              <w:t xml:space="preserve">Zaznacz:  </w:t>
            </w:r>
            <w:sdt>
              <w:sdtPr>
                <w:rPr>
                  <w:rFonts w:ascii="Roboto" w:hAnsi="Roboto"/>
                </w:rPr>
                <w:id w:val="-241725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4F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 xml:space="preserve"> TAK</w:t>
            </w:r>
            <w:r w:rsidR="000B5F4F" w:rsidRPr="00F82E34">
              <w:rPr>
                <w:rFonts w:ascii="Roboto" w:hAnsi="Roboto"/>
              </w:rPr>
              <w:t xml:space="preserve"> </w:t>
            </w:r>
            <w:sdt>
              <w:sdtPr>
                <w:rPr>
                  <w:rFonts w:ascii="Roboto" w:hAnsi="Roboto"/>
                </w:rPr>
                <w:id w:val="-1412386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4F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F82E34">
              <w:rPr>
                <w:rFonts w:ascii="Roboto" w:hAnsi="Roboto"/>
              </w:rPr>
              <w:t xml:space="preserve"> NIE</w:t>
            </w:r>
          </w:p>
        </w:tc>
      </w:tr>
    </w:tbl>
    <w:p w14:paraId="0641E9D4" w14:textId="77777777" w:rsidR="00DB0015" w:rsidRPr="00F82E34" w:rsidRDefault="00273FC5">
      <w:pPr>
        <w:pStyle w:val="Nagwek2"/>
        <w:rPr>
          <w:rFonts w:ascii="Roboto" w:hAnsi="Roboto"/>
        </w:rPr>
      </w:pPr>
      <w:r w:rsidRPr="00F82E34">
        <w:rPr>
          <w:rFonts w:ascii="Roboto" w:hAnsi="Roboto"/>
        </w:rPr>
        <w:t>Dane i podpis osoby upoważnionej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886"/>
        <w:gridCol w:w="6430"/>
      </w:tblGrid>
      <w:tr w:rsidR="00DB0015" w:rsidRPr="00F82E34" w14:paraId="498ABAC0" w14:textId="77777777" w:rsidTr="003A1D9E">
        <w:trPr>
          <w:tblHeader/>
          <w:jc w:val="center"/>
        </w:trPr>
        <w:tc>
          <w:tcPr>
            <w:tcW w:w="3886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9B42DFA" w14:textId="11B07E5C" w:rsidR="00DB0015" w:rsidRPr="00F82E34" w:rsidRDefault="00EC16F2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  <w:b/>
              </w:rPr>
              <w:t>Nazwa pola</w:t>
            </w:r>
          </w:p>
        </w:tc>
        <w:tc>
          <w:tcPr>
            <w:tcW w:w="6430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00549FFF" w14:textId="77777777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  <w:b/>
              </w:rPr>
              <w:t>Odpowiedź</w:t>
            </w:r>
          </w:p>
        </w:tc>
      </w:tr>
      <w:tr w:rsidR="00DB0015" w:rsidRPr="00F82E34" w14:paraId="0271313E" w14:textId="77777777" w:rsidTr="003A1D9E">
        <w:trPr>
          <w:cantSplit/>
          <w:jc w:val="center"/>
        </w:trPr>
        <w:tc>
          <w:tcPr>
            <w:tcW w:w="3886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A2B2BAB" w14:textId="592D2E05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Imię i nazwisko osoby upoważnionej do złożenia zgłoszenia</w:t>
            </w:r>
          </w:p>
        </w:tc>
        <w:sdt>
          <w:sdtPr>
            <w:rPr>
              <w:rFonts w:ascii="Roboto" w:hAnsi="Roboto"/>
            </w:rPr>
            <w:id w:val="37705809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430" w:type="dxa"/>
                <w:tcMar>
                  <w:top w:w="90" w:type="dxa"/>
                  <w:left w:w="100" w:type="dxa"/>
                  <w:bottom w:w="90" w:type="dxa"/>
                  <w:right w:w="100" w:type="dxa"/>
                </w:tcMar>
              </w:tcPr>
              <w:p w14:paraId="15373822" w14:textId="412A7ABB" w:rsidR="00DB0015" w:rsidRPr="00F82E34" w:rsidRDefault="009D1C8D">
                <w:pPr>
                  <w:rPr>
                    <w:rFonts w:ascii="Roboto" w:hAnsi="Roboto"/>
                  </w:rPr>
                </w:pPr>
                <w:r w:rsidRPr="00477B5F">
                  <w:rPr>
                    <w:rStyle w:val="Tekstzastpczy"/>
                    <w:lang w:val="en-US"/>
                  </w:rPr>
                  <w:t>Kliknij lub naciśnij tutaj, aby wprowadzić tekst.</w:t>
                </w:r>
              </w:p>
            </w:tc>
          </w:sdtContent>
        </w:sdt>
      </w:tr>
      <w:tr w:rsidR="00DB0015" w:rsidRPr="00F82E34" w14:paraId="672651D8" w14:textId="77777777" w:rsidTr="003A1D9E">
        <w:trPr>
          <w:cantSplit/>
          <w:jc w:val="center"/>
        </w:trPr>
        <w:tc>
          <w:tcPr>
            <w:tcW w:w="3886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0E85EA20" w14:textId="26106823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Miejscowość i data</w:t>
            </w:r>
          </w:p>
        </w:tc>
        <w:sdt>
          <w:sdtPr>
            <w:rPr>
              <w:rFonts w:ascii="Roboto" w:hAnsi="Roboto"/>
            </w:rPr>
            <w:id w:val="-168950969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430" w:type="dxa"/>
                <w:tcMar>
                  <w:top w:w="90" w:type="dxa"/>
                  <w:left w:w="100" w:type="dxa"/>
                  <w:bottom w:w="90" w:type="dxa"/>
                  <w:right w:w="100" w:type="dxa"/>
                </w:tcMar>
              </w:tcPr>
              <w:p w14:paraId="427394F5" w14:textId="73D377E5" w:rsidR="00DB0015" w:rsidRPr="00F82E34" w:rsidRDefault="009D1C8D">
                <w:pPr>
                  <w:rPr>
                    <w:rFonts w:ascii="Roboto" w:hAnsi="Roboto"/>
                  </w:rPr>
                </w:pPr>
                <w:r w:rsidRPr="00477B5F">
                  <w:rPr>
                    <w:rStyle w:val="Tekstzastpczy"/>
                    <w:lang w:val="en-US"/>
                  </w:rPr>
                  <w:t>Kliknij lub naciśnij tutaj, aby wprowadzić tekst.</w:t>
                </w:r>
              </w:p>
            </w:tc>
          </w:sdtContent>
        </w:sdt>
      </w:tr>
      <w:tr w:rsidR="00DB0015" w:rsidRPr="00F82E34" w14:paraId="56511BB5" w14:textId="77777777" w:rsidTr="003A1D9E">
        <w:trPr>
          <w:cantSplit/>
          <w:jc w:val="center"/>
        </w:trPr>
        <w:tc>
          <w:tcPr>
            <w:tcW w:w="3886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441EB950" w14:textId="326838E3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Czytelny podpis / podpisy osób uprawnionych do reprezentacji</w:t>
            </w:r>
          </w:p>
        </w:tc>
        <w:tc>
          <w:tcPr>
            <w:tcW w:w="6430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9B816D7" w14:textId="378854E8" w:rsidR="00DB0015" w:rsidRPr="00F82E34" w:rsidRDefault="00B636EA">
            <w:pPr>
              <w:rPr>
                <w:rFonts w:ascii="Roboto" w:hAnsi="Roboto"/>
              </w:rPr>
            </w:pPr>
            <w:sdt>
              <w:sdtPr>
                <w:rPr>
                  <w:rFonts w:ascii="Roboto" w:hAnsi="Roboto"/>
                </w:rPr>
                <w:id w:val="-169129609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9D1C8D" w:rsidRPr="00477B5F">
                  <w:rPr>
                    <w:rStyle w:val="Tekstzastpczy"/>
                    <w:lang w:val="en-US"/>
                  </w:rPr>
                  <w:t>Kliknij lub naciśnij tutaj, aby wprowadzić tekst.</w:t>
                </w:r>
              </w:sdtContent>
            </w:sdt>
            <w:r w:rsidR="00273FC5" w:rsidRPr="00F82E34">
              <w:rPr>
                <w:rFonts w:ascii="Roboto" w:hAnsi="Roboto"/>
              </w:rPr>
              <w:br/>
            </w:r>
            <w:sdt>
              <w:sdtPr>
                <w:rPr>
                  <w:rFonts w:ascii="Roboto" w:hAnsi="Roboto"/>
                </w:rPr>
                <w:id w:val="121816342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30611F" w:rsidRPr="00477B5F">
                  <w:rPr>
                    <w:rStyle w:val="Tekstzastpczy"/>
                    <w:lang w:val="en-US"/>
                  </w:rPr>
                  <w:t>Kliknij lub naciśnij tutaj, aby wprowadzić tekst.</w:t>
                </w:r>
              </w:sdtContent>
            </w:sdt>
          </w:p>
        </w:tc>
      </w:tr>
    </w:tbl>
    <w:p w14:paraId="6DD0D1B3" w14:textId="060FE511" w:rsidR="00DB0015" w:rsidRPr="00F82E34" w:rsidRDefault="00273FC5">
      <w:pPr>
        <w:pStyle w:val="Nagwek1"/>
        <w:rPr>
          <w:rFonts w:ascii="Roboto" w:hAnsi="Roboto"/>
        </w:rPr>
      </w:pPr>
      <w:r w:rsidRPr="00F82E34">
        <w:rPr>
          <w:rFonts w:ascii="Roboto" w:hAnsi="Roboto"/>
        </w:rPr>
        <w:t>Część wypełniana przez Realizatora projektu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0"/>
        <w:gridCol w:w="5216"/>
      </w:tblGrid>
      <w:tr w:rsidR="00DB0015" w:rsidRPr="00F82E34" w14:paraId="3943D92E" w14:textId="77777777">
        <w:trPr>
          <w:tblHeader/>
          <w:jc w:val="center"/>
        </w:trPr>
        <w:tc>
          <w:tcPr>
            <w:tcW w:w="5100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7F09B476" w14:textId="13177704" w:rsidR="00DB0015" w:rsidRPr="00F82E34" w:rsidRDefault="00EC16F2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  <w:b/>
              </w:rPr>
              <w:t>Nazwa pola</w:t>
            </w:r>
          </w:p>
        </w:tc>
        <w:tc>
          <w:tcPr>
            <w:tcW w:w="5100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25D1D90" w14:textId="77777777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  <w:b/>
              </w:rPr>
              <w:t>Adnotacja</w:t>
            </w:r>
          </w:p>
        </w:tc>
      </w:tr>
      <w:tr w:rsidR="00DB0015" w:rsidRPr="00F82E34" w14:paraId="6F7F3654" w14:textId="77777777">
        <w:trPr>
          <w:cantSplit/>
          <w:jc w:val="center"/>
        </w:trPr>
        <w:tc>
          <w:tcPr>
            <w:tcW w:w="4082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AEF9891" w14:textId="77777777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Kompletność formularza</w:t>
            </w:r>
          </w:p>
        </w:tc>
        <w:tc>
          <w:tcPr>
            <w:tcW w:w="5216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54BCF13B" w14:textId="53B54D32" w:rsidR="00DB0015" w:rsidRPr="00F82E34" w:rsidRDefault="00B636EA">
            <w:pPr>
              <w:rPr>
                <w:rFonts w:ascii="Roboto" w:hAnsi="Roboto"/>
              </w:rPr>
            </w:pPr>
            <w:sdt>
              <w:sdtPr>
                <w:rPr>
                  <w:rFonts w:ascii="Roboto" w:hAnsi="Roboto" w:cs="Segoe UI Symbol"/>
                </w:rPr>
                <w:id w:val="-1420711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4F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B5F4F" w:rsidRPr="00F82E34">
              <w:rPr>
                <w:rFonts w:ascii="Roboto" w:hAnsi="Roboto"/>
              </w:rPr>
              <w:t xml:space="preserve"> kompletny </w:t>
            </w:r>
            <w:sdt>
              <w:sdtPr>
                <w:rPr>
                  <w:rFonts w:ascii="Roboto" w:hAnsi="Roboto"/>
                </w:rPr>
                <w:id w:val="701982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5F4F" w:rsidRPr="00F82E34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B5F4F" w:rsidRPr="00F82E34">
              <w:rPr>
                <w:rFonts w:ascii="Roboto" w:hAnsi="Roboto"/>
              </w:rPr>
              <w:t xml:space="preserve"> wymaga uzupe</w:t>
            </w:r>
            <w:r w:rsidR="000B5F4F" w:rsidRPr="00F82E34">
              <w:rPr>
                <w:rFonts w:ascii="Roboto" w:hAnsi="Roboto" w:cs="Roboto"/>
              </w:rPr>
              <w:t>ł</w:t>
            </w:r>
            <w:r w:rsidR="000B5F4F" w:rsidRPr="00F82E34">
              <w:rPr>
                <w:rFonts w:ascii="Roboto" w:hAnsi="Roboto"/>
              </w:rPr>
              <w:t>nienia</w:t>
            </w:r>
          </w:p>
        </w:tc>
      </w:tr>
      <w:tr w:rsidR="00DB0015" w:rsidRPr="00F82E34" w14:paraId="2A68ED8D" w14:textId="77777777">
        <w:trPr>
          <w:cantSplit/>
          <w:jc w:val="center"/>
        </w:trPr>
        <w:tc>
          <w:tcPr>
            <w:tcW w:w="4082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7E5422CE" w14:textId="77777777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Data wezwania do uzupełnienia</w:t>
            </w:r>
          </w:p>
        </w:tc>
        <w:sdt>
          <w:sdtPr>
            <w:rPr>
              <w:rFonts w:ascii="Roboto" w:hAnsi="Roboto"/>
            </w:rPr>
            <w:id w:val="1226104137"/>
            <w:placeholder>
              <w:docPart w:val="DefaultPlaceholder_-1854013437"/>
            </w:placeholder>
            <w:showingPlcHdr/>
            <w:date>
              <w:dateFormat w:val="dd.MM.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5216" w:type="dxa"/>
                <w:tcMar>
                  <w:top w:w="90" w:type="dxa"/>
                  <w:left w:w="100" w:type="dxa"/>
                  <w:bottom w:w="90" w:type="dxa"/>
                  <w:right w:w="100" w:type="dxa"/>
                </w:tcMar>
              </w:tcPr>
              <w:p w14:paraId="7CC8476C" w14:textId="58E209F4" w:rsidR="00DB0015" w:rsidRPr="00F82E34" w:rsidRDefault="00EF4008">
                <w:pPr>
                  <w:rPr>
                    <w:rFonts w:ascii="Roboto" w:hAnsi="Roboto"/>
                  </w:rPr>
                </w:pPr>
                <w:r w:rsidRPr="00F82E34">
                  <w:rPr>
                    <w:rStyle w:val="Tekstzastpczy"/>
                    <w:rFonts w:ascii="Roboto" w:hAnsi="Roboto"/>
                  </w:rPr>
                  <w:t>Kliknij lub naciśnij, aby wprowadzić datę.</w:t>
                </w:r>
              </w:p>
            </w:tc>
          </w:sdtContent>
        </w:sdt>
      </w:tr>
      <w:tr w:rsidR="00DB0015" w:rsidRPr="00F82E34" w14:paraId="0F3226CE" w14:textId="77777777">
        <w:trPr>
          <w:cantSplit/>
          <w:jc w:val="center"/>
        </w:trPr>
        <w:tc>
          <w:tcPr>
            <w:tcW w:w="4082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66E02AE" w14:textId="77777777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Termin uzupełnienia</w:t>
            </w:r>
          </w:p>
        </w:tc>
        <w:sdt>
          <w:sdtPr>
            <w:rPr>
              <w:rFonts w:ascii="Roboto" w:hAnsi="Roboto"/>
            </w:rPr>
            <w:id w:val="-1594882"/>
            <w:placeholder>
              <w:docPart w:val="DefaultPlaceholder_-1854013437"/>
            </w:placeholder>
            <w:showingPlcHdr/>
            <w:date>
              <w:dateFormat w:val="dd.MM.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5216" w:type="dxa"/>
                <w:tcMar>
                  <w:top w:w="90" w:type="dxa"/>
                  <w:left w:w="100" w:type="dxa"/>
                  <w:bottom w:w="90" w:type="dxa"/>
                  <w:right w:w="100" w:type="dxa"/>
                </w:tcMar>
              </w:tcPr>
              <w:p w14:paraId="1569997E" w14:textId="6F06D78E" w:rsidR="00DB0015" w:rsidRPr="00F82E34" w:rsidRDefault="00EF4008">
                <w:pPr>
                  <w:rPr>
                    <w:rFonts w:ascii="Roboto" w:hAnsi="Roboto"/>
                  </w:rPr>
                </w:pPr>
                <w:r w:rsidRPr="00F82E34">
                  <w:rPr>
                    <w:rStyle w:val="Tekstzastpczy"/>
                    <w:rFonts w:ascii="Roboto" w:hAnsi="Roboto"/>
                  </w:rPr>
                  <w:t>Kliknij lub naciśnij, aby wprowadzić datę.</w:t>
                </w:r>
              </w:p>
            </w:tc>
          </w:sdtContent>
        </w:sdt>
      </w:tr>
      <w:tr w:rsidR="00DB0015" w:rsidRPr="00F82E34" w14:paraId="0E33A587" w14:textId="77777777">
        <w:trPr>
          <w:cantSplit/>
          <w:jc w:val="center"/>
        </w:trPr>
        <w:tc>
          <w:tcPr>
            <w:tcW w:w="4082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120770E0" w14:textId="77777777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Data otrzymania uzupełnienia</w:t>
            </w:r>
          </w:p>
        </w:tc>
        <w:sdt>
          <w:sdtPr>
            <w:rPr>
              <w:rFonts w:ascii="Roboto" w:hAnsi="Roboto"/>
            </w:rPr>
            <w:id w:val="-393659965"/>
            <w:placeholder>
              <w:docPart w:val="DefaultPlaceholder_-1854013437"/>
            </w:placeholder>
            <w:showingPlcHdr/>
            <w:date>
              <w:dateFormat w:val="dd.MM.yyyy"/>
              <w:lid w:val="pl-PL"/>
              <w:storeMappedDataAs w:val="dateTime"/>
              <w:calendar w:val="gregorian"/>
            </w:date>
          </w:sdtPr>
          <w:sdtEndPr/>
          <w:sdtContent>
            <w:tc>
              <w:tcPr>
                <w:tcW w:w="5216" w:type="dxa"/>
                <w:tcMar>
                  <w:top w:w="90" w:type="dxa"/>
                  <w:left w:w="100" w:type="dxa"/>
                  <w:bottom w:w="90" w:type="dxa"/>
                  <w:right w:w="100" w:type="dxa"/>
                </w:tcMar>
              </w:tcPr>
              <w:p w14:paraId="4281F227" w14:textId="25C4C04D" w:rsidR="00DB0015" w:rsidRPr="00F82E34" w:rsidRDefault="00EF4008">
                <w:pPr>
                  <w:rPr>
                    <w:rFonts w:ascii="Roboto" w:hAnsi="Roboto"/>
                  </w:rPr>
                </w:pPr>
                <w:r w:rsidRPr="00F82E34">
                  <w:rPr>
                    <w:rStyle w:val="Tekstzastpczy"/>
                    <w:rFonts w:ascii="Roboto" w:hAnsi="Roboto"/>
                  </w:rPr>
                  <w:t>Kliknij lub naciśnij, aby wprowadzić datę.</w:t>
                </w:r>
              </w:p>
            </w:tc>
          </w:sdtContent>
        </w:sdt>
      </w:tr>
      <w:tr w:rsidR="00DB0015" w:rsidRPr="00F82E34" w14:paraId="3F92A164" w14:textId="77777777">
        <w:trPr>
          <w:cantSplit/>
          <w:jc w:val="center"/>
        </w:trPr>
        <w:tc>
          <w:tcPr>
            <w:tcW w:w="4082" w:type="dxa"/>
            <w:shd w:val="clear" w:color="auto" w:fill="F2F2F2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6E61D9F9" w14:textId="77777777" w:rsidR="00DB0015" w:rsidRPr="00F82E34" w:rsidRDefault="00273FC5">
            <w:pPr>
              <w:rPr>
                <w:rFonts w:ascii="Roboto" w:hAnsi="Roboto"/>
              </w:rPr>
            </w:pPr>
            <w:r w:rsidRPr="00F82E34">
              <w:rPr>
                <w:rFonts w:ascii="Roboto" w:hAnsi="Roboto"/>
              </w:rPr>
              <w:t>Uwagi</w:t>
            </w:r>
          </w:p>
        </w:tc>
        <w:tc>
          <w:tcPr>
            <w:tcW w:w="5216" w:type="dxa"/>
            <w:tcMar>
              <w:top w:w="90" w:type="dxa"/>
              <w:left w:w="100" w:type="dxa"/>
              <w:bottom w:w="90" w:type="dxa"/>
              <w:right w:w="100" w:type="dxa"/>
            </w:tcMar>
          </w:tcPr>
          <w:p w14:paraId="3AF40C8F" w14:textId="5E014DA3" w:rsidR="00DB0015" w:rsidRPr="00F82E34" w:rsidRDefault="00B636EA">
            <w:pPr>
              <w:rPr>
                <w:rFonts w:ascii="Roboto" w:hAnsi="Roboto"/>
              </w:rPr>
            </w:pPr>
            <w:sdt>
              <w:sdtPr>
                <w:rPr>
                  <w:rFonts w:ascii="Roboto" w:hAnsi="Roboto"/>
                </w:rPr>
                <w:id w:val="827562363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EF4008" w:rsidRPr="00F82E34">
                  <w:rPr>
                    <w:rStyle w:val="Tekstzastpczy"/>
                    <w:rFonts w:ascii="Roboto" w:hAnsi="Roboto"/>
                  </w:rPr>
                  <w:t>Kliknij lub naciśnij tutaj, aby wprowadzić tekst.</w:t>
                </w:r>
              </w:sdtContent>
            </w:sdt>
          </w:p>
        </w:tc>
      </w:tr>
    </w:tbl>
    <w:p w14:paraId="77465231" w14:textId="77777777" w:rsidR="00DB0015" w:rsidRPr="00F82E34" w:rsidRDefault="00DB0015" w:rsidP="00E65BF6">
      <w:pPr>
        <w:rPr>
          <w:rFonts w:ascii="Roboto" w:hAnsi="Roboto"/>
        </w:rPr>
      </w:pPr>
    </w:p>
    <w:sectPr w:rsidR="00DB0015" w:rsidRPr="00F82E34" w:rsidSect="00982495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850" w:right="1020" w:bottom="850" w:left="1020" w:header="340" w:footer="3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71857" w14:textId="77777777" w:rsidR="00B636EA" w:rsidRPr="009D1B30" w:rsidRDefault="00B636EA">
      <w:pPr>
        <w:spacing w:after="0" w:line="240" w:lineRule="auto"/>
      </w:pPr>
      <w:r w:rsidRPr="009D1B30">
        <w:separator/>
      </w:r>
    </w:p>
  </w:endnote>
  <w:endnote w:type="continuationSeparator" w:id="0">
    <w:p w14:paraId="559180E1" w14:textId="77777777" w:rsidR="00B636EA" w:rsidRPr="009D1B30" w:rsidRDefault="00B636EA">
      <w:pPr>
        <w:spacing w:after="0" w:line="240" w:lineRule="auto"/>
      </w:pPr>
      <w:r w:rsidRPr="009D1B3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F3C4E" w14:textId="59DFE754" w:rsidR="00DB0015" w:rsidRPr="009D1B30" w:rsidRDefault="00DB0015">
    <w:pPr>
      <w:pStyle w:val="Stopka"/>
      <w:jc w:val="center"/>
    </w:pPr>
  </w:p>
  <w:p w14:paraId="21896A68" w14:textId="54E2EA10" w:rsidR="00DB0015" w:rsidRPr="009D1B30" w:rsidRDefault="00273FC5">
    <w:pPr>
      <w:jc w:val="right"/>
    </w:pPr>
    <w:r w:rsidRPr="009D1B30">
      <w:t xml:space="preserve">Strona </w:t>
    </w:r>
    <w:r w:rsidRPr="009D1B30">
      <w:fldChar w:fldCharType="begin"/>
    </w:r>
    <w:r w:rsidRPr="009D1B30">
      <w:instrText>PAGE</w:instrText>
    </w:r>
    <w:r w:rsidRPr="009D1B30">
      <w:fldChar w:fldCharType="separate"/>
    </w:r>
    <w:r w:rsidR="00C30A1F" w:rsidRPr="009D1B30">
      <w:t>1</w:t>
    </w:r>
    <w:r w:rsidRPr="009D1B30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F7674" w14:textId="5A2F9845" w:rsidR="00982495" w:rsidRPr="009D1B30" w:rsidRDefault="00E67BA2" w:rsidP="00B62425">
    <w:pPr>
      <w:pStyle w:val="Stopka"/>
      <w:jc w:val="center"/>
    </w:pPr>
    <w:r w:rsidRPr="009D1B30">
      <w:rPr>
        <w:noProof/>
      </w:rPr>
      <w:drawing>
        <wp:inline distT="0" distB="0" distL="0" distR="0" wp14:anchorId="6EF16A1A" wp14:editId="43A6ADE1">
          <wp:extent cx="5454502" cy="784636"/>
          <wp:effectExtent l="0" t="0" r="0" b="0"/>
          <wp:docPr id="208958043" name="Obraz 2" descr="Logo czterech organizacji: MOST, KAFOS, FRES i CRIS, przedstawione w poziomym układzie. Każde logo ma unikalny styl i kolorystykę, reprezentując różne instytucje lub firmy.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958043" name="Obraz 2" descr="Logo czterech organizacji: MOST, KAFOS, FRES i CRIS, przedstawione w poziomym układzie. Każde logo ma unikalny styl i kolorystykę, reprezentując różne instytucje lub firmy.&#10;"/>
                  <pic:cNvPicPr/>
                </pic:nvPicPr>
                <pic:blipFill rotWithShape="1">
                  <a:blip r:embed="rId1"/>
                  <a:srcRect t="39185" b="40467"/>
                  <a:stretch>
                    <a:fillRect/>
                  </a:stretch>
                </pic:blipFill>
                <pic:spPr bwMode="auto">
                  <a:xfrm>
                    <a:off x="0" y="0"/>
                    <a:ext cx="5488228" cy="78948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13804" w14:textId="77777777" w:rsidR="00B636EA" w:rsidRPr="009D1B30" w:rsidRDefault="00B636EA">
      <w:pPr>
        <w:spacing w:after="0" w:line="240" w:lineRule="auto"/>
      </w:pPr>
      <w:r w:rsidRPr="009D1B30">
        <w:separator/>
      </w:r>
    </w:p>
  </w:footnote>
  <w:footnote w:type="continuationSeparator" w:id="0">
    <w:p w14:paraId="6EEC71B9" w14:textId="77777777" w:rsidR="00B636EA" w:rsidRPr="009D1B30" w:rsidRDefault="00B636EA">
      <w:pPr>
        <w:spacing w:after="0" w:line="240" w:lineRule="auto"/>
      </w:pPr>
      <w:r w:rsidRPr="009D1B3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82C49" w14:textId="38D5C56F" w:rsidR="00DB0015" w:rsidRPr="009D1B30" w:rsidRDefault="00DB0015">
    <w:pPr>
      <w:pStyle w:val="Nagwek"/>
      <w:jc w:val="center"/>
    </w:pPr>
  </w:p>
  <w:p w14:paraId="2657AD3B" w14:textId="77777777" w:rsidR="00982495" w:rsidRPr="009D1B30" w:rsidRDefault="00982495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9F153" w14:textId="42848427" w:rsidR="00982495" w:rsidRPr="009D1B30" w:rsidRDefault="00982495" w:rsidP="00B62425">
    <w:pPr>
      <w:pStyle w:val="Nagwek"/>
      <w:ind w:left="-426"/>
      <w:jc w:val="center"/>
    </w:pPr>
    <w:r w:rsidRPr="009D1B30">
      <w:rPr>
        <w:noProof/>
      </w:rPr>
      <w:drawing>
        <wp:inline distT="0" distB="0" distL="0" distR="0" wp14:anchorId="70CEA4BB" wp14:editId="62D43AB9">
          <wp:extent cx="6903332" cy="729370"/>
          <wp:effectExtent l="0" t="0" r="0" b="0"/>
          <wp:docPr id="850410998" name="Picture 1" descr="Logotypy: Fundusze Europejskie dla Śląskiego, Rzeczpospolita Polska, Unia Europejska i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0410998" name="Picture 1" descr="Logotypy: Fundusze Europejskie dla Śląskiego, Rzeczpospolita Polska, Unia Europejska i Województwo Śląski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70710" cy="73648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1DF55C7" w14:textId="77777777" w:rsidR="00B62425" w:rsidRPr="009D1B30" w:rsidRDefault="00B62425" w:rsidP="00B62425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7DF7971"/>
    <w:multiLevelType w:val="hybridMultilevel"/>
    <w:tmpl w:val="BE2AC1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753F64"/>
    <w:multiLevelType w:val="hybridMultilevel"/>
    <w:tmpl w:val="289A0F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6061098">
    <w:abstractNumId w:val="8"/>
  </w:num>
  <w:num w:numId="2" w16cid:durableId="2111965541">
    <w:abstractNumId w:val="6"/>
  </w:num>
  <w:num w:numId="3" w16cid:durableId="735861872">
    <w:abstractNumId w:val="5"/>
  </w:num>
  <w:num w:numId="4" w16cid:durableId="856963614">
    <w:abstractNumId w:val="4"/>
  </w:num>
  <w:num w:numId="5" w16cid:durableId="2101560177">
    <w:abstractNumId w:val="7"/>
  </w:num>
  <w:num w:numId="6" w16cid:durableId="1776319228">
    <w:abstractNumId w:val="3"/>
  </w:num>
  <w:num w:numId="7" w16cid:durableId="147788694">
    <w:abstractNumId w:val="2"/>
  </w:num>
  <w:num w:numId="8" w16cid:durableId="988553649">
    <w:abstractNumId w:val="1"/>
  </w:num>
  <w:num w:numId="9" w16cid:durableId="402678218">
    <w:abstractNumId w:val="0"/>
  </w:num>
  <w:num w:numId="10" w16cid:durableId="1142582438">
    <w:abstractNumId w:val="10"/>
  </w:num>
  <w:num w:numId="11" w16cid:durableId="213316226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1EB3"/>
    <w:rsid w:val="00034616"/>
    <w:rsid w:val="00055802"/>
    <w:rsid w:val="0006063C"/>
    <w:rsid w:val="00064B78"/>
    <w:rsid w:val="00097039"/>
    <w:rsid w:val="000B13E2"/>
    <w:rsid w:val="000B5F4F"/>
    <w:rsid w:val="000E1AA4"/>
    <w:rsid w:val="000E7173"/>
    <w:rsid w:val="000E7AC1"/>
    <w:rsid w:val="000F63F3"/>
    <w:rsid w:val="0015074B"/>
    <w:rsid w:val="0020502A"/>
    <w:rsid w:val="00273FC5"/>
    <w:rsid w:val="002939EB"/>
    <w:rsid w:val="0029639D"/>
    <w:rsid w:val="0030611F"/>
    <w:rsid w:val="00325865"/>
    <w:rsid w:val="00326F90"/>
    <w:rsid w:val="00370F56"/>
    <w:rsid w:val="00395B52"/>
    <w:rsid w:val="003A1D9E"/>
    <w:rsid w:val="003A7670"/>
    <w:rsid w:val="003B0FA8"/>
    <w:rsid w:val="00404E49"/>
    <w:rsid w:val="0048636D"/>
    <w:rsid w:val="004A486E"/>
    <w:rsid w:val="004C6A67"/>
    <w:rsid w:val="004E0785"/>
    <w:rsid w:val="004F5C5F"/>
    <w:rsid w:val="00504408"/>
    <w:rsid w:val="005446A8"/>
    <w:rsid w:val="00562D20"/>
    <w:rsid w:val="005B7A4E"/>
    <w:rsid w:val="00623B96"/>
    <w:rsid w:val="00681A79"/>
    <w:rsid w:val="006D0E81"/>
    <w:rsid w:val="006D76A2"/>
    <w:rsid w:val="008176AF"/>
    <w:rsid w:val="009133CA"/>
    <w:rsid w:val="00920FE6"/>
    <w:rsid w:val="00982495"/>
    <w:rsid w:val="009D1B30"/>
    <w:rsid w:val="009D1C8D"/>
    <w:rsid w:val="009E0217"/>
    <w:rsid w:val="009E476B"/>
    <w:rsid w:val="00A245F7"/>
    <w:rsid w:val="00A927F7"/>
    <w:rsid w:val="00AA1D8D"/>
    <w:rsid w:val="00AC2248"/>
    <w:rsid w:val="00AE3451"/>
    <w:rsid w:val="00AF7F4C"/>
    <w:rsid w:val="00B20FE7"/>
    <w:rsid w:val="00B47730"/>
    <w:rsid w:val="00B62425"/>
    <w:rsid w:val="00B636EA"/>
    <w:rsid w:val="00B77E3D"/>
    <w:rsid w:val="00BF4D4D"/>
    <w:rsid w:val="00C20D8B"/>
    <w:rsid w:val="00C30A1F"/>
    <w:rsid w:val="00C3782E"/>
    <w:rsid w:val="00C639AC"/>
    <w:rsid w:val="00C66E2D"/>
    <w:rsid w:val="00C861EF"/>
    <w:rsid w:val="00C92786"/>
    <w:rsid w:val="00CB0664"/>
    <w:rsid w:val="00D13023"/>
    <w:rsid w:val="00D5196E"/>
    <w:rsid w:val="00D932AF"/>
    <w:rsid w:val="00DB0015"/>
    <w:rsid w:val="00DD272A"/>
    <w:rsid w:val="00DD79D0"/>
    <w:rsid w:val="00DF0277"/>
    <w:rsid w:val="00E16ADF"/>
    <w:rsid w:val="00E24A53"/>
    <w:rsid w:val="00E26A25"/>
    <w:rsid w:val="00E65BF6"/>
    <w:rsid w:val="00E67BA2"/>
    <w:rsid w:val="00E86192"/>
    <w:rsid w:val="00EB0663"/>
    <w:rsid w:val="00EC16F2"/>
    <w:rsid w:val="00EC4ADF"/>
    <w:rsid w:val="00EF4008"/>
    <w:rsid w:val="00F13C8F"/>
    <w:rsid w:val="00F1531D"/>
    <w:rsid w:val="00F24F02"/>
    <w:rsid w:val="00F32ED2"/>
    <w:rsid w:val="00F82E34"/>
    <w:rsid w:val="00FB230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4062061"/>
  <w14:defaultImageDpi w14:val="330"/>
  <w15:docId w15:val="{9A721652-391D-495B-AD4D-B5FF7F27F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120"/>
    </w:pPr>
    <w:rPr>
      <w:rFonts w:ascii="Aptos" w:eastAsia="Aptos" w:hAnsi="Aptos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/>
      <w:b/>
      <w:bCs/>
      <w:color w:val="17365D"/>
      <w:sz w:val="30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/>
      <w:b/>
      <w:bCs/>
      <w:color w:val="17365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/>
      <w:b/>
      <w:bCs/>
      <w:color w:val="17365D"/>
      <w:sz w:val="23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before="200" w:after="100" w:line="240" w:lineRule="auto"/>
      <w:contextualSpacing/>
    </w:pPr>
    <w:rPr>
      <w:rFonts w:asciiTheme="majorHAnsi" w:eastAsiaTheme="majorEastAsia" w:hAnsiTheme="majorHAnsi" w:cstheme="majorBidi"/>
      <w:b/>
      <w:color w:val="17365D"/>
      <w:spacing w:val="5"/>
      <w:kern w:val="28"/>
      <w:sz w:val="36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Instrukcja">
    <w:name w:val="Instrukcja"/>
    <w:pPr>
      <w:spacing w:after="100"/>
    </w:pPr>
    <w:rPr>
      <w:rFonts w:ascii="Aptos" w:eastAsia="Aptos" w:hAnsi="Aptos"/>
      <w:i/>
      <w:color w:val="464646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23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B23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B230C"/>
    <w:rPr>
      <w:rFonts w:ascii="Aptos" w:eastAsia="Aptos" w:hAnsi="Aptos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23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230C"/>
    <w:rPr>
      <w:rFonts w:ascii="Aptos" w:eastAsia="Aptos" w:hAnsi="Aptos"/>
      <w:b/>
      <w:bCs/>
      <w:sz w:val="20"/>
      <w:szCs w:val="20"/>
      <w:lang w:val="pl-PL"/>
    </w:rPr>
  </w:style>
  <w:style w:type="character" w:styleId="Tekstzastpczy">
    <w:name w:val="Placeholder Text"/>
    <w:basedOn w:val="Domylnaczcionkaakapitu"/>
    <w:uiPriority w:val="99"/>
    <w:semiHidden/>
    <w:rsid w:val="00B20FE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41648A-823C-4953-8D33-94F5A071CEC8}"/>
      </w:docPartPr>
      <w:docPartBody>
        <w:p w:rsidR="005C261E" w:rsidRDefault="006509A6">
          <w:r w:rsidRPr="00477B5F">
            <w:rPr>
              <w:rStyle w:val="Tekstzastpczy"/>
              <w:lang w:val="en-US"/>
            </w:rPr>
            <w:t>Kliknij lub naciśnij tutaj, aby wprowadzić tekst.</w:t>
          </w:r>
        </w:p>
      </w:docPartBody>
    </w:docPart>
    <w:docPart>
      <w:docPartPr>
        <w:name w:val="DefaultPlaceholder_-18540134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957173F-FA7B-4A36-9F9E-DA7D1B7A2CAA}"/>
      </w:docPartPr>
      <w:docPartBody>
        <w:p w:rsidR="005C261E" w:rsidRDefault="006509A6">
          <w:r w:rsidRPr="00477B5F">
            <w:rPr>
              <w:rStyle w:val="Tekstzastpczy"/>
              <w:lang w:val="en-US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9A6"/>
    <w:rsid w:val="00011EB3"/>
    <w:rsid w:val="000E7173"/>
    <w:rsid w:val="00264919"/>
    <w:rsid w:val="005C261E"/>
    <w:rsid w:val="006509A6"/>
    <w:rsid w:val="00694BC4"/>
    <w:rsid w:val="00F71C7E"/>
    <w:rsid w:val="00FB4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509A6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C4A55059FD3341A9FB1BAB9FE7D041" ma:contentTypeVersion="14" ma:contentTypeDescription="Utwórz nowy dokument." ma:contentTypeScope="" ma:versionID="539ceef963385e652bac97d292493748">
  <xsd:schema xmlns:xsd="http://www.w3.org/2001/XMLSchema" xmlns:xs="http://www.w3.org/2001/XMLSchema" xmlns:p="http://schemas.microsoft.com/office/2006/metadata/properties" xmlns:ns2="c102ae65-1b76-4567-92f8-3c6a503146bb" xmlns:ns3="01b4931e-5535-44ca-90bb-ef10e546d647" targetNamespace="http://schemas.microsoft.com/office/2006/metadata/properties" ma:root="true" ma:fieldsID="11679e35929e4a2959e8bd92bcc54b5c" ns2:_="" ns3:_="">
    <xsd:import namespace="c102ae65-1b76-4567-92f8-3c6a503146bb"/>
    <xsd:import namespace="01b4931e-5535-44ca-90bb-ef10e546d6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2ae65-1b76-4567-92f8-3c6a503146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n zatwierdzenia" ma:internalName="_x0024_Resources_x003a_core_x002c_Signoff_Status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3692e277-b687-4d38-9ce1-ad8b14864b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b4931e-5535-44ca-90bb-ef10e546d64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8bf8130-76bc-420c-8d57-f5bcc84b1864}" ma:internalName="TaxCatchAll" ma:showField="CatchAllData" ma:web="01b4931e-5535-44ca-90bb-ef10e546d6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b4931e-5535-44ca-90bb-ef10e546d647" xsi:nil="true"/>
    <lcf76f155ced4ddcb4097134ff3c332f xmlns="c102ae65-1b76-4567-92f8-3c6a503146bb">
      <Terms xmlns="http://schemas.microsoft.com/office/infopath/2007/PartnerControls"/>
    </lcf76f155ced4ddcb4097134ff3c332f>
    <_Flow_SignoffStatus xmlns="c102ae65-1b76-4567-92f8-3c6a503146bb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9A43DF-BF85-405B-9251-0DB990CC2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02ae65-1b76-4567-92f8-3c6a503146bb"/>
    <ds:schemaRef ds:uri="01b4931e-5535-44ca-90bb-ef10e546d6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031DAF-F722-4992-91A5-A544DACE5B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D9CD1D4-7BAB-49C6-9F35-58F45024B9D4}">
  <ds:schemaRefs>
    <ds:schemaRef ds:uri="http://schemas.microsoft.com/office/2006/metadata/properties"/>
    <ds:schemaRef ds:uri="http://schemas.microsoft.com/office/infopath/2007/PartnerControls"/>
    <ds:schemaRef ds:uri="01b4931e-5535-44ca-90bb-ef10e546d647"/>
    <ds:schemaRef ds:uri="c102ae65-1b76-4567-92f8-3c6a503146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1756</Words>
  <Characters>10537</Characters>
  <Application>Microsoft Office Word</Application>
  <DocSecurity>0</DocSecurity>
  <Lines>87</Lines>
  <Paragraphs>24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Formularz zgłoszeniowy do projektu Mosty współpracy</vt:lpstr>
      <vt:lpstr/>
    </vt:vector>
  </TitlesOfParts>
  <Manager/>
  <Company/>
  <LinksUpToDate>false</LinksUpToDate>
  <CharactersWithSpaces>12269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 do projektu Mosty współpracy</dc:title>
  <dc:subject>Papierowa, dostępna wersja formularza zgłoszeniowego</dc:subject>
  <dc:creator>Centrum Rozwoju Inicjatyw Społecznych CRIS</dc:creator>
  <cp:keywords>Mosty współpracy, formularz zgłoszeniowy, dostępność, NGO</cp:keywords>
  <dc:description>generated by python-docx</dc:description>
  <cp:lastModifiedBy>Sebastian Garbacz</cp:lastModifiedBy>
  <cp:revision>19</cp:revision>
  <dcterms:created xsi:type="dcterms:W3CDTF">2026-07-24T13:08:00Z</dcterms:created>
  <dcterms:modified xsi:type="dcterms:W3CDTF">2026-07-27T10:14:00Z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0x010100F9C4A55059FD3341A9FB1BAB9FE7D041</vt:lpwstr>
  </property>
  <property fmtid="{D5CDD505-2E9C-101B-9397-08002B2CF9AE}" pid="3" name="MediaServiceImageTags">
    <vt:lpwstr/>
  </property>
</Properties>
</file>